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학교·가상 학부모(가명)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겨울방학 AI·진로 체험교실 핵심 정보 메모</w:t>
      </w:r>
    </w:p>
    <w:p>
      <w:r>
        <w:t>JJ교육연구원 교육운영팀 담당자가 적어 둔 메모입니다. 정해진 것만 적혀 있고, 아직 안 정한 것은 맨 아래에 따로 적었습니다.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행사명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겨울방학 AI·진로 체험교실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누리솔초등학교 4~6학년 희망 학생 (정원 40명, 선착순)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2027. 1. 11.(월) ~ 1. 15.(금), 5일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매일 09:30 ~ 12:00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JJ교육연구원 교육관 3층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참가비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무료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준비물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필기도구, 물병, 편한 복장 (노트북은 연구원이 준비)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활동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AI로 여러 직업을 알아보는 체험 (일자별 세부 내용은 아직 안 정함)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신청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2026. 12. 1.(화) ~ 12. 11.(금), 회신서를 담임교사에게 제출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귀가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회신서에서 «보호자 동행» 또는 «자율 귀가» 선택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동의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회신서에 개인정보 수집·이용 동의 포함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JJ교육연구원 교육운영팀 02-0000-0000 (평일 09:00~18:00)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아직 안 정함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점심 제공 여부 · 안전보험 가입 여부 · 공문 문서번호 · 시행일자 · 결재권자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