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학교·가상 학부모(가명)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학부모 문의 10건 답변 초안</w:t>
      </w:r>
    </w:p>
    <w:p>
      <w:r>
        <w:rPr>
          <w:color w:val="C81414"/>
        </w:rPr>
        <w:t>AI 초안 - 담당자 확인 전. «(확인 필요)»는 담당자가 알아보고 채웁니다.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답변 초안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신청은 언제까지 하나요?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2026. 12. 11.(금)까지 회신서를 담임 선생님께 내시면 됩니다. 신청은 2026. 12. 1.(화)부터 받습니다.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참가비가 있나요?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참가비는 없습니다. 무료로 운영합니다.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4학년인데 신청해도 되나요? 몇 명까지 하나요?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4~6학년 희망 학생이면 신청할 수 있습니다. 정원은 40명이고 선착순입니다.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몇 시에 시작해서 몇 시에 끝나나요?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매일 09:30에 시작해 12:00에 끝납니다. 2027. 1. 11.(월)부터 1. 15.(금)까지 5일입니다.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뭘 챙겨 보내야 하나요?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필기도구, 물병, 편한 복장을 챙겨 주세요. 노트북은 연구원에서 준비합니다.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Q06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아이가 혼자 집에 와도 되나요?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회신서에서 «보호자 동행»과 «자율 귀가» 중 고르시면 됩니다.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장소가 어디예요?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JJ교육연구원 교육관 3층입니다.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Q08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점심은 주나요?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점심 제공 여부는 확인 후 알려 드리겠습니다. 수업은 12:00에 끝납니다.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Q09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행사 중 다치면 보험은 되나요?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안전보험 가입 여부는 확인 후 알려 드리겠습니다. 문의는 교육운영팀 02-0000-0000로 해 주세요.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Q10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하루하루 뭘 하는지 알고 싶어요.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AI로 여러 직업을 알아보는 체험을 합니다. 하루하루의 세부 내용은 정해지는 대로 안내드리겠습니다.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