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학교·가상 학부모(가명)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2026학년도 여름방학 독서·글쓰기 교실 참가 안내</w:t>
      </w:r>
    </w:p>
    <w:p>
      <w:r>
        <w:t>우리 원이 지난 여름에 학교로 보낸 가정통신문입니다. 이번에도 이 말투와 순서를 따르고 싶습니다. (가상)</w:t>
      </w:r>
    </w:p>
    <w:p>
      <w:r>
        <w:t>학부모님께, 안녕하십니까? 무더운 날씨에 가정에 건강과 평안이 가득하시기를 바랍니다. JJ교육연구원에서는 방학을 맞아 독서·글쓰기 교실을 마련했습니다. 참가를 원하시는 가정은 아래 내용을 확인하시고 회신서를 제출해 주시기 바랍니다.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누리솔초등학교 3~5학년 희망 학생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2026. 7. 20.(월) ~ 7. 24.(금), 5일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매일 10:00 ~ 12:00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JJ교육연구원 교육관 2층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참가비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무료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문의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교육운영팀 02-0000-0000</w:t>
            </w:r>
          </w:p>
        </w:tc>
      </w:tr>
    </w:tbl>
    <w:p/>
    <w:p>
      <w:r>
        <w:t>---------------------- 회신서 ----------------------</w:t>
      </w:r>
    </w:p>
    <w:p>
      <w:r>
        <w:t>학년 반 번호: (        )   이름: (        )   참가 희망 [  ]   불참 [  ]   보호자 서명: (       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