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학교·가상 학부모(가명)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공문 초안 (결재 전)</w:t>
      </w:r>
    </w:p>
    <w:p>
      <w:r>
        <w:rPr>
          <w:color w:val="C81414"/>
        </w:rPr>
        <w:t>AI 초안 - 담당자 확인 전</w:t>
      </w:r>
    </w:p>
    <w:p>
      <w:r>
        <w:t>수신  누리솔초등학교장</w:t>
      </w:r>
    </w:p>
    <w:p>
      <w:r>
        <w:t>제목  2026학년도 겨울방학 AI·진로 체험교실 참가 학생 모집 협조 요청</w:t>
      </w:r>
    </w:p>
    <w:p>
      <w:r>
        <w:t>1. 우리 원은 아래와 같이 겨울방학 AI·진로 체험교실을 운영합니다. 귀교 학생들이 참여할 수 있도록 안내에 협조하여 주시기 바랍니다.</w:t>
      </w:r>
    </w:p>
    <w:p>
      <w:r>
        <w:t>2. 운영 개요</w:t>
      </w:r>
    </w:p>
    <w:p>
      <w:r>
        <w:t xml:space="preserve">  가. 행사명: 겨울방학 AI·진로 체험교실</w:t>
      </w:r>
    </w:p>
    <w:p>
      <w:r>
        <w:t xml:space="preserve">  나. 대상: 귀교 4~6학년 희망 학생 (정원 40명, 선착순)</w:t>
      </w:r>
    </w:p>
    <w:p>
      <w:r>
        <w:t xml:space="preserve">  다. 일시: 2027. 1. 11.(월) ~ 1. 15.(금), 매일 09:30 ~ 12:00</w:t>
      </w:r>
    </w:p>
    <w:p>
      <w:r>
        <w:t xml:space="preserve">  라. 장소: 우리 원 교육관 3층</w:t>
      </w:r>
    </w:p>
    <w:p>
      <w:r>
        <w:t xml:space="preserve">  마. 참가비: 무료</w:t>
      </w:r>
    </w:p>
    <w:p>
      <w:r>
        <w:t xml:space="preserve">  바. 신청: 2026. 12. 1.(화) ~ 12. 11.(금), 회신서를 담임교사에게 제출</w:t>
      </w:r>
    </w:p>
    <w:p>
      <w:r>
        <w:t>3. 귀교에서는 붙임의 가정통신문을 학부모께 안내하고 회신서를 받아 주시기 바랍니다.</w:t>
      </w:r>
    </w:p>
    <w:p>
      <w:r>
        <w:t>붙임  1. 가정통신문 1부.  2. 회신서(개인정보 수집·이용 동의 포함) 1부.  끝.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문서번호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시행일자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결재권자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교육운영팀 / 02-0000-0000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