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전화·방문 접수 일지</w:t>
      </w:r>
    </w:p>
    <w:p>
      <w:r>
        <w:t>JJ건설(가상) CS·하자보수팀 · 가람숲 아파트 1단지 (가상) · 10월 26일~29일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접수번호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접수시각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구분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동호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입주민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연락처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메모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H-1002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09:27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101-1203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김하은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앱에 올렸는데 욕실 천장 물 떨어지는 거 빨리 좀 와주세요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H-1004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10:21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101동 805호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이도윤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화장실 바닥 타일이 하나 깨져 있어요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H-1006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11:15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102동 302호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정민준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(방문) 거실 벽지 이음매가 벌어짐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H-1008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12:09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102동1104호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한지아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도어락 또 안 열렸어요. 열쇠 업체 불렀어요. 빨리 확인해 주세요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H-1012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13:57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901호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강예린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거실 바닥 사진이에요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H-1014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14:51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204호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조하윤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010-5550-4011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(방문) 싱크대 하부장 문짝이 처졌음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H-1017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16:12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101동 1507호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홍시우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010-5550-4014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비 오고 나면 창틀이 이래요 (사진 보냈어요)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H-1019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2026-10-26 17:06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103-402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황지민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010-5550-4016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(방문) 작은방 벽지 얼룩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H-1021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09:00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1105호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노은서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010-5550-4018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안방 벽지에 낙서 같은 자국이 있어요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H-1025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10:48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505호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백승우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010-5550-4022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거실 마루 사이가 벌어져 있어요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H-1029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12:36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1701호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고은채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010-5550-4026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욕조 가장자리 실리콘이 떨어져 있어요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H-1033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14:24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103동801호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원태오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010-5550-4030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현관문 문틈으로 빛이 새요. 잠금 레버도 헐거워요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H-1036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15:45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103동 1902호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맹유진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010-5550-4033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다용도실 외벽 쪽 벽에 비 온 뒤 물자국이 생겨요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H-1039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2026-10-27 17:06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102동 504호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구나연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010-5550-4036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(방문) 월패드 화면이 안 켜짐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H-1041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09:00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105동 1401호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설가온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010-5550-4038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인터폰 소리가 안 나요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H-1044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10:21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702호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방이든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010-5550-4041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변기 물을 내리면 물이 계속 졸졸 흘러요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H-1047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11:42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방문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803호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함도하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010-5550-4044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(방문) 거실 몰딩이 벽에서 떠 있음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H-1048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12:09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103-703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오현우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010-5550-4006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아까 수전 물 새는 거 접수했는데 아직도 연락이 없어요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H-1051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13:30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101동 601호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소하람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010-5550-4046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관리비 고지서는 언제 나오나요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H-1055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15:18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1604호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육아린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010-5550-4050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싱크대 아래 바닥이 부풀었어요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H-1057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16:12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103동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제갈윤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010-5550-4052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베란다 창문 레일이 뻑뻑해요</w:t>
            </w:r>
          </w:p>
        </w:tc>
      </w:tr>
      <w:tr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H-1060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2026-10-28 17:33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104동 401호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선우혁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010-5550-4055</w:t>
            </w:r>
          </w:p>
        </w:tc>
        <w:tc>
          <w:tcPr>
            <w:tcW w:type="dxa" w:w="1234"/>
          </w:tcPr>
          <w:p>
            <w:r>
              <w:rPr>
                <w:rFonts w:ascii="맑은 고딕" w:hAnsi="맑은 고딕"/>
                <w:sz w:val="18"/>
              </w:rPr>
              <w:t>아이 방 방문 손잡이가 빠졌어요. 아이가 세게 당겨서요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