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9"/>
        </w:rPr>
        <w:t>※ 교육 영상 시연용 가상 자료입니다. 회사·인물·번호·점수는 모두 지어낸 것입니다.</w:t>
      </w:r>
    </w:p>
    <w:p>
      <w:r>
        <w:rPr>
          <w:b/>
          <w:sz w:val="32"/>
        </w:rPr>
        <w:t>직무 설명서 — 센터 운영 직군 3개 직무</w:t>
      </w:r>
    </w:p>
    <w:p>
      <w:r>
        <w:t>[회사] 한결물류 (가명), 물류 효율화 솔루션·운송 대행, 직원 약 160명, 본사 서울, 센터 이천·평택</w:t>
      </w:r>
    </w:p>
    <w:p>
      <w:r>
        <w:rPr>
          <w:color w:val="555555"/>
        </w:rPr>
        <w:t>아래 글을 그대로 복사해 Claude 채팅 창에 붙여 넣거나, 파일째 첨부하세요.</w:t>
      </w:r>
    </w:p>
    <w:p>
      <w:r>
        <w:rPr>
          <w:b/>
          <w:sz w:val="26"/>
        </w:rPr>
        <w:t>1. 입출고 관리 — 평택센터·이천센터 운영팀 (20명)</w:t>
      </w:r>
    </w:p>
    <w:p>
      <w:r>
        <w:t>[이 일의 목적] 고객사 물건을 정확한 수량으로 받고, 정해진 시간에 내보낸다.</w:t>
      </w:r>
    </w:p>
    <w:p>
      <w:r>
        <w:t>[주요 업무]</w:t>
      </w:r>
    </w:p>
    <w:p>
      <w:pPr>
        <w:pStyle w:val="ListBullet"/>
      </w:pPr>
      <w:r>
        <w:t>하루 입고·출고 일정 짜기, 작업 순서 정하기</w:t>
      </w:r>
    </w:p>
    <w:p>
      <w:pPr>
        <w:pStyle w:val="ListBullet"/>
      </w:pPr>
      <w:r>
        <w:t>재고 차이 원인 찾고 바로잡기</w:t>
      </w:r>
    </w:p>
    <w:p>
      <w:pPr>
        <w:pStyle w:val="ListBullet"/>
      </w:pPr>
      <w:r>
        <w:t>창고 관리 시스템에 입고·출고·재고 입력</w:t>
      </w:r>
    </w:p>
    <w:p>
      <w:pPr>
        <w:pStyle w:val="ListBullet"/>
      </w:pPr>
      <w:r>
        <w:t>협력 운송사 기사님과 상차 시간 맞추기</w:t>
      </w:r>
    </w:p>
    <w:p>
      <w:pPr>
        <w:pStyle w:val="ListBullet"/>
      </w:pPr>
      <w:r>
        <w:t>성수기(11~12월) 임시 인력 작업 배치·안내</w:t>
      </w:r>
    </w:p>
    <w:p>
      <w:r>
        <w:t>[쓰는 도구] 창고 관리 시스템, 바코드 단말기, 지게차(자격자)</w:t>
      </w:r>
    </w:p>
    <w:p>
      <w:r>
        <w:t>[함께 일하는 사람] 고객사 운영 담당, 운송팀 배차 담당, 운송사 기사님, 안전 담당</w:t>
      </w:r>
    </w:p>
    <w:p>
      <w:r>
        <w:t>[잘했는지 보는 숫자] 재고 정확도, 출고 정시율, 안전사고 0건</w:t>
      </w:r>
    </w:p>
    <w:p>
      <w:r>
        <w:t>[가장 어려운 순간] 성수기에 물량이 평소의 두 배 가까이 몰릴 때, 재고가 안 맞는데 출고 시간이 다가올 때</w:t>
      </w:r>
    </w:p>
    <w:p>
      <w:r>
        <w:rPr>
          <w:b/>
          <w:sz w:val="26"/>
        </w:rPr>
        <w:t>2. 운송 배차 — 본사 운송팀 (16명)</w:t>
      </w:r>
    </w:p>
    <w:p>
      <w:r>
        <w:t>[이 일의 목적] 필요한 차량을 맞는 시간에 배정해, 물건이 약속한 시간에 도착하게 한다.</w:t>
      </w:r>
    </w:p>
    <w:p>
      <w:r>
        <w:t>[주요 업무]</w:t>
      </w:r>
    </w:p>
    <w:p>
      <w:pPr>
        <w:pStyle w:val="ListBullet"/>
      </w:pPr>
      <w:r>
        <w:t>다음 날 차량 배정과 노선 짜기</w:t>
      </w:r>
    </w:p>
    <w:p>
      <w:pPr>
        <w:pStyle w:val="ListBullet"/>
      </w:pPr>
      <w:r>
        <w:t>차량 고장·사고·지연 때 대체 차량 수배</w:t>
      </w:r>
    </w:p>
    <w:p>
      <w:pPr>
        <w:pStyle w:val="ListBullet"/>
      </w:pPr>
      <w:r>
        <w:t>협력 운송사와 단가·지연 관리 협의</w:t>
      </w:r>
    </w:p>
    <w:p>
      <w:pPr>
        <w:pStyle w:val="ListBullet"/>
      </w:pPr>
      <w:r>
        <w:t>기사님 운행 시간·휴게 시간 관리</w:t>
      </w:r>
    </w:p>
    <w:p>
      <w:pPr>
        <w:pStyle w:val="ListBullet"/>
      </w:pPr>
      <w:r>
        <w:t>운송 실적 정리와 고객사 안내</w:t>
      </w:r>
    </w:p>
    <w:p>
      <w:r>
        <w:t>[쓰는 도구] 배차 관리 프로그램, 차량 위치 확인 앱, 엑셀</w:t>
      </w:r>
    </w:p>
    <w:p>
      <w:r>
        <w:t>[함께 일하는 사람] 협력 운송사, 센터 운영팀, 고객사 운영 담당</w:t>
      </w:r>
    </w:p>
    <w:p>
      <w:r>
        <w:t>[잘했는지 보는 숫자] 정시 도착률, 빈 차 운행 비율, 운송 사고 건수</w:t>
      </w:r>
    </w:p>
    <w:p>
      <w:r>
        <w:t>[가장 어려운 순간] 새벽에 차량 고장 연락이 올 때, 고객사가 당일 추가 배송을 요청할 때</w:t>
      </w:r>
    </w:p>
    <w:p>
      <w:r>
        <w:rPr>
          <w:b/>
          <w:sz w:val="26"/>
        </w:rPr>
        <w:t>3. 고객사 운영 지원 — 본사 고객운영팀 (12명)</w:t>
      </w:r>
    </w:p>
    <w:p>
      <w:r>
        <w:t>[이 일의 목적] 고객사(화주사)의 요청을 정확히 센터에 전달하고, 문제를 먼저 알리고 함께 푼다.</w:t>
      </w:r>
    </w:p>
    <w:p>
      <w:r>
        <w:t>[주요 업무]</w:t>
      </w:r>
    </w:p>
    <w:p>
      <w:pPr>
        <w:pStyle w:val="ListBullet"/>
      </w:pPr>
      <w:r>
        <w:t>고객사 입출고 요청 접수·정리·전달</w:t>
      </w:r>
    </w:p>
    <w:p>
      <w:pPr>
        <w:pStyle w:val="ListBullet"/>
      </w:pPr>
      <w:r>
        <w:t>지연·파손 같은 문제 보고와 대응 안내</w:t>
      </w:r>
    </w:p>
    <w:p>
      <w:pPr>
        <w:pStyle w:val="ListBullet"/>
      </w:pPr>
      <w:r>
        <w:t>월간 운영 회의 자료 만들기</w:t>
      </w:r>
    </w:p>
    <w:p>
      <w:pPr>
        <w:pStyle w:val="ListBullet"/>
      </w:pPr>
      <w:r>
        <w:t>계약 조건 안의 요청인지 확인</w:t>
      </w:r>
    </w:p>
    <w:p>
      <w:pPr>
        <w:pStyle w:val="ListBullet"/>
      </w:pPr>
      <w:r>
        <w:t>고객사 담당자 교체 때 인수인계</w:t>
      </w:r>
    </w:p>
    <w:p>
      <w:r>
        <w:t>[쓰는 도구] 메일, 고객사 요청 관리 엑셀, 창고 관리 시스템 조회</w:t>
      </w:r>
    </w:p>
    <w:p>
      <w:r>
        <w:t>[함께 일하는 사람] 고객사 담당자, 센터 운영팀, 운송팀</w:t>
      </w:r>
    </w:p>
    <w:p>
      <w:r>
        <w:t>[잘했는지 보는 숫자] 요청 처리 기한 준수율, 고객사 불만 건수, 재계약 여부</w:t>
      </w:r>
    </w:p>
    <w:p>
      <w:r>
        <w:t>[가장 어려운 순간] 고객사가 계약에 없는 일을 급하게 요청할 때, 같은 문제가 두 달 연속 생길 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