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9"/>
        </w:rPr>
        <w:t>※ 교육 영상 시연용 가상 자료입니다. 회사·인물·번호·점수는 모두 지어낸 것입니다.</w:t>
      </w:r>
    </w:p>
    <w:p>
      <w:r>
        <w:rPr>
          <w:b/>
          <w:sz w:val="32"/>
        </w:rPr>
        <w:t>우수 직원 행동 메모 — 팀장 4명 인터뷰 정리</w:t>
      </w:r>
    </w:p>
    <w:p>
      <w:r>
        <w:t>[회사] 한결물류 (가명), 물류 효율화 솔루션·운송 대행, 직원 약 160명, 본사 서울, 센터 이천·평택</w:t>
      </w:r>
    </w:p>
    <w:p>
      <w:r>
        <w:rPr>
          <w:color w:val="555555"/>
        </w:rPr>
        <w:t>인사팀이 팀장 4명에게 «이 일을 정말 잘하는 사람은 무엇을 다르게 하나요?»를 묻고 받아 적은 메모입니다. 직원 이름은 적지 않았습니다.</w:t>
      </w:r>
    </w:p>
    <w:p>
      <w:r>
        <w:rPr>
          <w:b/>
          <w:sz w:val="26"/>
        </w:rPr>
        <w:t>■ 입출고 관리 — 평택 운영팀장·이천 운영팀장 인터뷰 (각 30분)</w:t>
      </w:r>
    </w:p>
    <w:p>
      <w:r>
        <w:rPr>
          <w:b/>
        </w:rPr>
        <w:t>[잘하는 사람은 이렇게 한다]</w:t>
      </w:r>
    </w:p>
    <w:p>
      <w:pPr>
        <w:pStyle w:val="ListNumber"/>
      </w:pPr>
      <w:r>
        <w:t>재고가 안 맞으면 그날 바로 원인을 찾아 기록해 둔다. 월말에 몰아서 맞추지 않는다.</w:t>
      </w:r>
    </w:p>
    <w:p>
      <w:pPr>
        <w:pStyle w:val="ListNumber"/>
      </w:pPr>
      <w:r>
        <w:t>전날 오후 4시에 다음 날 입고 예정을 확인하고, 아침 작업 순서를 미리 짜 둔다.</w:t>
      </w:r>
    </w:p>
    <w:p>
      <w:pPr>
        <w:pStyle w:val="ListNumber"/>
      </w:pPr>
      <w:r>
        <w:t>성수기 한 달 전에 임시 인력용 작업 순서표를 먼저 만들어 돌린다.</w:t>
      </w:r>
    </w:p>
    <w:p>
      <w:pPr>
        <w:pStyle w:val="ListNumber"/>
      </w:pPr>
      <w:r>
        <w:t>지게차 동선에 사람이 들어오면 작업을 멈추고 그 자리에서 바로 말한다.</w:t>
      </w:r>
    </w:p>
    <w:p>
      <w:pPr>
        <w:pStyle w:val="ListNumber"/>
      </w:pPr>
      <w:r>
        <w:t>기사님이 늦으면 상차 순서를 바꿔 다른 차를 먼저 보내고, 배차 담당에게 알린다.</w:t>
      </w:r>
    </w:p>
    <w:p>
      <w:r>
        <w:rPr>
          <w:b/>
        </w:rPr>
        <w:t>[이러면 곤란하다]</w:t>
      </w:r>
    </w:p>
    <w:p>
      <w:pPr>
        <w:pStyle w:val="ListBullet"/>
      </w:pPr>
      <w:r>
        <w:t>재고 차이를 월말에 한꺼번에 맞춘다. 원인 기록이 없다.</w:t>
      </w:r>
    </w:p>
    <w:p>
      <w:pPr>
        <w:pStyle w:val="ListBullet"/>
      </w:pPr>
      <w:r>
        <w:t>작업 순서를 그날 아침에 정해서 첫 1시간이 늘 어수선하다.</w:t>
      </w:r>
    </w:p>
    <w:p>
      <w:r>
        <w:rPr>
          <w:b/>
          <w:sz w:val="26"/>
        </w:rPr>
        <w:t>■ 운송 배차 — 운송팀장 인터뷰 (30분)</w:t>
      </w:r>
    </w:p>
    <w:p>
      <w:r>
        <w:rPr>
          <w:b/>
        </w:rPr>
        <w:t>[잘하는 사람은 이렇게 한다]</w:t>
      </w:r>
    </w:p>
    <w:p>
      <w:pPr>
        <w:pStyle w:val="ListNumber"/>
      </w:pPr>
      <w:r>
        <w:t>아침 7시 전에 그날 배차를 끝내고, 빈 차로 돌아오는 노선을 줄인다.</w:t>
      </w:r>
    </w:p>
    <w:p>
      <w:pPr>
        <w:pStyle w:val="ListNumber"/>
      </w:pPr>
      <w:r>
        <w:t>차량 고장 연락이 오면 10분 안에 대체 차량을 찾고, 고객사에 먼저 알린다.</w:t>
      </w:r>
    </w:p>
    <w:p>
      <w:pPr>
        <w:pStyle w:val="ListNumber"/>
      </w:pPr>
      <w:r>
        <w:t>운송사별 지연 횟수를 월별로 정리해 두었다가 단가 협의 때 꺼낸다.</w:t>
      </w:r>
    </w:p>
    <w:p>
      <w:pPr>
        <w:pStyle w:val="ListNumber"/>
      </w:pPr>
      <w:r>
        <w:t>기사님 휴게 시간이 지켜지도록 배차 순서를 짠다. 무리한 배차는 거절한다.</w:t>
      </w:r>
    </w:p>
    <w:p>
      <w:pPr>
        <w:pStyle w:val="ListNumber"/>
      </w:pPr>
      <w:r>
        <w:t>새 노선이 생기면 한 번은 직접 동승해서 걸리는 시간을 잰다.</w:t>
      </w:r>
    </w:p>
    <w:p>
      <w:r>
        <w:rPr>
          <w:b/>
        </w:rPr>
        <w:t>[이러면 곤란하다]</w:t>
      </w:r>
    </w:p>
    <w:p>
      <w:pPr>
        <w:pStyle w:val="ListBullet"/>
      </w:pPr>
      <w:r>
        <w:t>돌발 상황을 팀장에게만 알리고, 고객사 안내는 늦는다.</w:t>
      </w:r>
    </w:p>
    <w:p>
      <w:pPr>
        <w:pStyle w:val="ListBullet"/>
      </w:pPr>
      <w:r>
        <w:t>운송사 지연을 말로만 항의하고 기록은 남기지 않는다.</w:t>
      </w:r>
    </w:p>
    <w:p>
      <w:r>
        <w:rPr>
          <w:b/>
          <w:sz w:val="26"/>
        </w:rPr>
        <w:t>■ 고객사 운영 지원 — 고객운영팀장 인터뷰 (30분)</w:t>
      </w:r>
    </w:p>
    <w:p>
      <w:r>
        <w:rPr>
          <w:b/>
        </w:rPr>
        <w:t>[잘하는 사람은 이렇게 한다]</w:t>
      </w:r>
    </w:p>
    <w:p>
      <w:pPr>
        <w:pStyle w:val="ListNumber"/>
      </w:pPr>
      <w:r>
        <w:t>고객사 요청을 받으면 센터에 넘기기 전에 수량·날짜·담당을 한 장으로 정리한다.</w:t>
      </w:r>
    </w:p>
    <w:p>
      <w:pPr>
        <w:pStyle w:val="ListNumber"/>
      </w:pPr>
      <w:r>
        <w:t>문제가 생기면 «죄송합니다»보다 건수와 원인을 먼저 들고 보고한다.</w:t>
      </w:r>
    </w:p>
    <w:p>
      <w:pPr>
        <w:pStyle w:val="ListNumber"/>
      </w:pPr>
      <w:r>
        <w:t>고객사 담당자가 바뀌면 지난 6개월 이슈 정리를 먼저 보낸다.</w:t>
      </w:r>
    </w:p>
    <w:p>
      <w:pPr>
        <w:pStyle w:val="ListNumber"/>
      </w:pPr>
      <w:r>
        <w:t>약속을 못 지킬 것 같으면 마감 하루 전에 미리 알린다.</w:t>
      </w:r>
    </w:p>
    <w:p>
      <w:pPr>
        <w:pStyle w:val="ListNumber"/>
      </w:pPr>
      <w:r>
        <w:t>월간 운영 회의에 개선 제안을 꼭 하나씩 들고 간다.</w:t>
      </w:r>
    </w:p>
    <w:p>
      <w:r>
        <w:rPr>
          <w:b/>
        </w:rPr>
        <w:t>[이러면 곤란하다]</w:t>
      </w:r>
    </w:p>
    <w:p>
      <w:pPr>
        <w:pStyle w:val="ListBullet"/>
      </w:pPr>
      <w:r>
        <w:t>고객사 메일을 그대로 센터에 전달만 한다. 수량이 빠져 다시 묻는 일이 잦다.</w:t>
      </w:r>
    </w:p>
    <w:p>
      <w:pPr>
        <w:pStyle w:val="ListBullet"/>
      </w:pPr>
      <w:r>
        <w:t>같은 문제가 반복돼도 매번 처음인 것처럼 사과만 한다.</w:t>
      </w:r>
    </w:p>
    <w:p>
      <w:r>
        <w:rPr>
          <w:b/>
          <w:sz w:val="26"/>
        </w:rPr>
        <w:t>[팀장들이 공통으로 한 말]</w:t>
      </w:r>
    </w:p>
    <w:p>
      <w:pPr>
        <w:pStyle w:val="ListBullet"/>
      </w:pPr>
      <w:r>
        <w:t>«안전은 어느 직무든 첫 번째»</w:t>
      </w:r>
    </w:p>
    <w:p>
      <w:pPr>
        <w:pStyle w:val="ListBullet"/>
      </w:pPr>
      <w:r>
        <w:t>«약속한 시간·수량을 지키는 게 우리 일의 전부다»</w:t>
      </w:r>
    </w:p>
    <w:p>
      <w:pPr>
        <w:pStyle w:val="ListBullet"/>
      </w:pPr>
      <w:r>
        <w:t>«혼자 해결하려다 일이 커진다. 다른 팀과 빨리 같이 풀어야 한다»</w:t>
      </w:r>
    </w:p>
    <w:p>
      <w:r>
        <w:rPr>
          <w:b/>
          <w:sz w:val="26"/>
        </w:rPr>
        <w:t>[인터뷰 받아 적은 원문 — 다듬지 않음]</w:t>
      </w:r>
    </w:p>
    <w:p>
      <w:r>
        <w:t>평택 운영팀장: 음, 잘하는 친구들은… 일단 재고. 재고 안 맞으면 그날 찾아요. 그날. 월말에 몰아서 하는 친구들이랑 확 차이 나요. 그리고 성격이 밝아요, 현장 분위기가 좋아지고.</w:t>
      </w:r>
    </w:p>
    <w:p>
      <w:r>
        <w:t>평택 운영팀장: 성수기 오기 전에 미리 준비하는 사람. 작년엔 10월에 임시 인력 작업표를 먼저 만들어 온 사람이 있었어요. 그 사람은 원래 꼼꼼해요.</w:t>
      </w:r>
    </w:p>
    <w:p>
      <w:r>
        <w:t>이천 운영팀장: 지게차 다닐 때 사람 들어오면 바로 멈추고 소리치는 사람. 그게 제일 중요해요. 그리고… 기사님 늦으면 순서 바꿔서 딴 차 먼저 보내는 거.</w:t>
      </w:r>
    </w:p>
    <w:p>
      <w:r>
        <w:t>운송팀장: 아침 7시 전에 배차 끝내는 사람이 결국 잘해요. 빈 차로 돌아오는 거 줄이고. 고장 나면 10분 안에 대체 차 찾고, 고객사에 먼저 전화하고.</w:t>
      </w:r>
    </w:p>
    <w:p>
      <w:r>
        <w:t>운송팀장: 운송사 지연, 이걸 기록하는 사람이 있고 말로만 화내는 사람이 있어요. 기록하는 사람이 단가 협상 때 이겨요. 젊은 친구들이 이런 건 빨라요.</w:t>
      </w:r>
    </w:p>
    <w:p>
      <w:r>
        <w:t>고객운영팀장: 고객사 메일을 그냥 넘기는 사람이 있고, 수량이랑 날짜를 한 장으로 정리해서 넘기는 사람이 있어요. 후자가 잘하는 사람이죠.</w:t>
      </w:r>
    </w:p>
    <w:p>
      <w:r>
        <w:t>고객운영팀장: 사고 나면 죄송하다만 하지 말고 몇 건인지, 왜인지 들고 와야 돼요. 그리고 못 지킬 것 같으면 하루 전에 미리. 그게 신뢰예요.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