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9"/>
        </w:rPr>
        <w:t>※ 교육 영상 시연용 가상 자료입니다. 회사·인물·번호·점수는 모두 지어낸 것입니다.</w:t>
      </w:r>
    </w:p>
    <w:p>
      <w:r>
        <w:rPr>
          <w:b/>
          <w:sz w:val="32"/>
        </w:rPr>
        <w:t>시험 채점용 직원 사례 3명 — 입출고 관리</w:t>
      </w:r>
    </w:p>
    <w:p>
      <w:r>
        <w:rPr>
          <w:color w:val="555555"/>
        </w:rPr>
        <w:t>새 평가표가 «누가 채점해도 비슷한 점수가 나오는지» 시험해 보는 자료입니다. 실제 직원이 아닌 지어낸 사례입니다.</w:t>
      </w:r>
    </w:p>
    <w:p>
      <w:r>
        <w:rPr>
          <w:b/>
          <w:sz w:val="26"/>
        </w:rPr>
        <w:t>■ H-201 — 입출고 관리 · 평택센터 · 근속 4년</w:t>
      </w:r>
    </w:p>
    <w:p>
      <w:pPr>
        <w:pStyle w:val="ListBullet"/>
      </w:pPr>
      <w:r>
        <w:t>재고 차이가 생기면 그날 원인을 찾아 기록한다. 작년 기록 36건.</w:t>
      </w:r>
    </w:p>
    <w:p>
      <w:pPr>
        <w:pStyle w:val="ListBullet"/>
      </w:pPr>
      <w:r>
        <w:t>성수기 대비 작업 순서표를 10월 둘째 주에 만들었다(성수기 시작 11월 첫 주).</w:t>
      </w:r>
    </w:p>
    <w:p>
      <w:pPr>
        <w:pStyle w:val="ListBullet"/>
      </w:pPr>
      <w:r>
        <w:t>지게차 동선 위험을 두 번 알렸다. 한 번은 작업을 멈추게 했다.</w:t>
      </w:r>
    </w:p>
    <w:p>
      <w:pPr>
        <w:pStyle w:val="ListBullet"/>
      </w:pPr>
      <w:r>
        <w:t>운송팀과는 메신저로만 연락한다. 상차 지연 때 배차 담당에게 알리지 않은 적이 3번 있다.</w:t>
      </w:r>
    </w:p>
    <w:p>
      <w:r>
        <w:rPr>
          <w:b/>
          <w:sz w:val="26"/>
        </w:rPr>
        <w:t>■ H-202 — 입출고 관리 · 이천센터 · 근속 2년</w:t>
      </w:r>
    </w:p>
    <w:p>
      <w:pPr>
        <w:pStyle w:val="ListBullet"/>
      </w:pPr>
      <w:r>
        <w:t>재고 차이를 월말에 맞추는 편이다. 원인 기록은 절반 정도만 있다.</w:t>
      </w:r>
    </w:p>
    <w:p>
      <w:pPr>
        <w:pStyle w:val="ListBullet"/>
      </w:pPr>
      <w:r>
        <w:t>아침 작업 순서는 전날 확인한다. 다만 입고 예정이 바뀌면 다시 짜는 데 시간이 걸린다.</w:t>
      </w:r>
    </w:p>
    <w:p>
      <w:pPr>
        <w:pStyle w:val="ListBullet"/>
      </w:pPr>
      <w:r>
        <w:t>성수기 임시 인력에게 작업 순서를 직접 옆에서 알려 주었다. 순서표는 따로 만들지 않았다.</w:t>
      </w:r>
    </w:p>
    <w:p>
      <w:pPr>
        <w:pStyle w:val="ListBullet"/>
      </w:pPr>
      <w:r>
        <w:t>다른 팀 요청에 «확인해 보겠습니다» 하고 회신이 늦은 적이 몇 번 있다.</w:t>
      </w:r>
    </w:p>
    <w:p>
      <w:r>
        <w:rPr>
          <w:b/>
          <w:sz w:val="26"/>
        </w:rPr>
        <w:t>■ H-203 — 입출고 관리 · 평택센터 · 근속 7년</w:t>
      </w:r>
    </w:p>
    <w:p>
      <w:pPr>
        <w:pStyle w:val="ListBullet"/>
      </w:pPr>
      <w:r>
        <w:t>재고 정확도는 팀에서 가장 높다. 후배에게 원인 찾는 법을 알려 준다.</w:t>
      </w:r>
    </w:p>
    <w:p>
      <w:pPr>
        <w:pStyle w:val="ListBullet"/>
      </w:pPr>
      <w:r>
        <w:t>작업 순서를 전날 짜고, 바뀌면 30분 안에 다시 공유한다.</w:t>
      </w:r>
    </w:p>
    <w:p>
      <w:pPr>
        <w:pStyle w:val="ListBullet"/>
      </w:pPr>
      <w:r>
        <w:t>성수기 준비는 «하던 대로» 한다. 새 인력이 와도 같은 방식이다.</w:t>
      </w:r>
    </w:p>
    <w:p>
      <w:pPr>
        <w:pStyle w:val="ListBullet"/>
      </w:pPr>
      <w:r>
        <w:t>안전 규칙은 지키지만 다른 사람의 위험 행동을 보고도 말하지 않은 적이 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