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퀴즈와 진행자 해설 · 출고 수량 차이, 확인하고 보고하기</w:t>
      </w:r>
    </w:p>
    <w:p>
      <w:r>
        <w:t>한결물류 평택센터 (가명) · 운영팀 O팀장 / 인사팀 김OO 대리 (가명)</w:t>
      </w:r>
    </w:p>
    <w:p>
      <w:r>
        <w:t>학습자용 · 6문항 × 5점 = 30점 · 풀이 6분 / 해설 4분 · 합격 기준 확인 필요</w:t>
      </w:r>
    </w:p>
    <w:p>
      <w:r>
        <w:t>1. 출고 지시와 실물을 비교할 때 먼저 맞출 기준은?</w:t>
      </w:r>
    </w:p>
    <w:p>
      <w:r>
        <w:t>① 주문·품목·단위  ② 직원의 근속기간  ③ 품목의 인기</w:t>
      </w:r>
    </w:p>
    <w:p>
      <w:r>
        <w:t>내 답: __________</w:t>
      </w:r>
    </w:p>
    <w:p>
      <w:r>
        <w:t>2. 실물이 지시보다 2상자 부족하다. 첫 행동은?</w:t>
      </w:r>
    </w:p>
    <w:p>
      <w:r>
        <w:t>① 먼저 출고하고 나중에 기록  ② 해당 주문 보류 후 다시 세기  ③ 모든 주문의 장부부터 수정</w:t>
      </w:r>
    </w:p>
    <w:p>
      <w:r>
        <w:t>내 답: __________</w:t>
      </w:r>
    </w:p>
    <w:p>
      <w:r>
        <w:t>3. 다시 세어도 차이가 남았다. 첫 보고 시점과 대상은?</w:t>
      </w:r>
    </w:p>
    <w:p>
      <w:r>
        <w:t>① 퇴근 전 동료에게  ② 수량이 5상자 이상일 때만 팀장에게  ③ 발견 후 10분 안에 운영팀 O팀장에게</w:t>
      </w:r>
    </w:p>
    <w:p>
      <w:r>
        <w:t>내 답: __________</w:t>
      </w:r>
    </w:p>
    <w:p>
      <w:r>
        <w:br w:type="page"/>
      </w:r>
    </w:p>
    <w:p>
      <w:pPr>
        <w:pStyle w:val="Heading1"/>
      </w:pPr>
      <w:r>
        <w:t>학습자용 퀴즈 · 계속</w:t>
      </w:r>
    </w:p>
    <w:p>
      <w:r>
        <w:t>4. 원인을 아직 모른다. 첫 보고에 어떻게 적나?</w:t>
      </w:r>
    </w:p>
    <w:p>
      <w:r>
        <w:t>① 확인 중이라고 적고 현재 조치와 확인 요청을 쓴다  ② 창고 실수로 확정한다  ③ 원인이 나올 때까지 보고를 미룬다</w:t>
      </w:r>
    </w:p>
    <w:p>
      <w:r>
        <w:t>내 답: __________</w:t>
      </w:r>
    </w:p>
    <w:p>
      <w:r>
        <w:t>5. 장부 수정과 해당 주문 상차 재개는 언제 하나?</w:t>
      </w:r>
    </w:p>
    <w:p>
      <w:r>
        <w:t>① 발견자가 수량을 맞춘 뒤  ② 운영팀 O팀장 승인 뒤  ③ 교육을 수료한 뒤 언제나</w:t>
      </w:r>
    </w:p>
    <w:p>
      <w:r>
        <w:t>내 답: __________</w:t>
      </w:r>
    </w:p>
    <w:p>
      <w:r>
        <w:t>6. 교육용 보고 기록과 인계에 맞는 것은?</w:t>
      </w:r>
    </w:p>
    <w:p>
      <w:r>
        <w:t>① 송장 주소를 그대로 붙인다  ② 승인 여부는 빼고 결론만 쓴다  ③ 실명·주소를 가리고 승인 여부와 처리 결과를 남긴다</w:t>
      </w:r>
    </w:p>
    <w:p>
      <w:r>
        <w:t>내 답: __________</w:t>
      </w:r>
    </w:p>
    <w:p>
      <w:r>
        <w:br w:type="page"/>
      </w:r>
    </w:p>
    <w:p>
      <w:pPr>
        <w:pStyle w:val="Heading1"/>
      </w:pPr>
      <w:r>
        <w:t>진행자 전용 · 학습자에게 배포하지 않음</w:t>
      </w:r>
    </w:p>
    <w:p>
      <w:r>
        <w:t>1번 정답 ① · 5점 · M1</w:t>
        <w:br/>
        <w:t>같은 출고일도 함께 맞춘다. 수량을 보기 전에 비교 기준부터 확인한다.</w:t>
      </w:r>
    </w:p>
    <w:p>
      <w:r>
        <w:t>2번 정답 ② · 5점 · M2</w:t>
        <w:br/>
        <w:t>해당 주문을 보류하고 다시 센다. 다른 주문 전체 중단은 이 발췌의 기준이 아니다.</w:t>
      </w:r>
    </w:p>
    <w:p>
      <w:r>
        <w:t>3번 정답 ③ · 5점 · M3</w:t>
        <w:br/>
        <w:t>수량 차이의 크기로 보고를 미루지 않는다.</w:t>
      </w:r>
    </w:p>
    <w:p>
      <w:r>
        <w:t>4번 정답 ① · 5점 · M3</w:t>
        <w:br/>
        <w:t>주문·품목, 지시와 실물 수량, 현재 조치, 확인 요청을 쓴다.</w:t>
      </w:r>
    </w:p>
    <w:p>
      <w:r>
        <w:t>5번 정답 ② · 5점 · M4</w:t>
        <w:br/>
        <w:t>발견자가 임의로 장부를 맞추지 않는다.</w:t>
      </w:r>
    </w:p>
    <w:p>
      <w:r>
        <w:t>6번 정답 ③ · 5점 · M5·M6</w:t>
        <w:br/>
        <w:t>민감한 정보는 가리고 처리 상태를 다음 근무자에게 인계한다.</w:t>
      </w:r>
    </w:p>
    <w:p>
      <w:r>
        <w:t>1·2·3·4·5·6번 정답: ①·②·③·①·②·③. 합계 30점. 점수로 직원 선발·인사평가를 하지 않는다.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기준 학습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