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퇴사 면담 기록 12건</w:t>
      </w:r>
    </w:p>
    <w:p>
      <w:r>
        <w:t>범위: 한결물류 평택센터 운영팀, 2026년 1~6월 퇴사자 면담 12건. 전사 인원·재직자 의견·퇴사율 분모는 제공하지 않았다. 이름·날짜는 개인을 알아볼 수 없게 제외했다. 역할·근속은 교육용으로 만든 값이다.</w:t>
      </w:r>
    </w:p>
    <w:p>
      <w:r>
        <w:t>기록번호가 다르면 다른 사람이다. 따옴표 안은 면담 발언이며 사실 확정이나 원인 증명이 아니다. E12는 이유 확인을 거절한 기록이다. 개인을 추정하거나 재면담을 강요하지 않는다.</w:t>
      </w:r>
    </w:p>
    <w:p>
      <w:pPr>
        <w:pStyle w:val="Heading1"/>
      </w:pPr>
      <w:r>
        <w:t>E01 | 입출고 관리 | 근속 8개월</w:t>
      </w:r>
    </w:p>
    <w:p>
      <w:r>
        <w:t>면담자: 인사팀 김OO 대리(가명) / 기록 범위: 퇴사 결정 이유와 함께 언급한 불편</w:t>
      </w:r>
    </w:p>
    <w:p>
      <w:r>
        <w:t>“가장 큰 이유는 갑작스러운 연장근무야. 전날 밤에 일정이 바뀌어 생활을 맞추기 어려웠어. 급여도 아쉬웠지만 일정이 먼저였어.”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p>
      <w:pPr>
        <w:pStyle w:val="Heading1"/>
      </w:pPr>
      <w:r>
        <w:t>E02 | 입출고 관리 | 근속 5개월</w:t>
      </w:r>
    </w:p>
    <w:p>
      <w:r>
        <w:t>면담자: 인사팀 김OO 대리(가명) / 기록 범위: 퇴사 결정 이유와 함께 언급한 불편</w:t>
      </w:r>
    </w:p>
    <w:p>
      <w:r>
        <w:t>“교대 일정이 자주 바뀌는 게 떠나는 가장 큰 이유야. 미리 알았다면 조정했을 텐데. 배울 시간이 적었던 것도 아쉬웠어.”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E03 | 배차 관리 | 근속 14개월</w:t>
      </w:r>
    </w:p>
    <w:p>
      <w:r>
        <w:t>면담자: 인사팀 김OO 대리(가명) / 기록 범위: 퇴사 결정 이유와 함께 언급한 불편</w:t>
      </w:r>
    </w:p>
    <w:p>
      <w:r>
        <w:t>“피크 때 업무가 몰리고 쉬는 시간이 밀렸어. 이게 결정적이었어. 팀장에게 말해도 일정 답을 늦게 듣는 점도 힘들었어.”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p>
      <w:pPr>
        <w:pStyle w:val="Heading1"/>
      </w:pPr>
      <w:r>
        <w:t>E04 | 입출고 관리 | 근속 20개월</w:t>
      </w:r>
    </w:p>
    <w:p>
      <w:r>
        <w:t>면담자: 인사팀 김OO 대리(가명) / 기록 범위: 퇴사 결정 이유와 함께 언급한 불편</w:t>
      </w:r>
    </w:p>
    <w:p>
      <w:r>
        <w:t>“갑작스러운 주말 근무 때문에 나가기로 했어. 다른 이유보다 근무 예측이 안 되는 게 컸어.”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E05 | 입출고 관리 | 근속 11개월</w:t>
      </w:r>
    </w:p>
    <w:p>
      <w:r>
        <w:t>면담자: 인사팀 김OO 대리(가명) / 기록 범위: 퇴사 결정 이유와 함께 언급한 불편</w:t>
      </w:r>
    </w:p>
    <w:p>
      <w:r>
        <w:t>“같은 업무의 외부 제안보다 급여가 낮아서 옮겨. 급여가 가장 큰 이유야. 연장근무 부담도 있었어.”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p>
      <w:pPr>
        <w:pStyle w:val="Heading1"/>
      </w:pPr>
      <w:r>
        <w:t>E06 | 배차 관리 | 근속 26개월</w:t>
      </w:r>
    </w:p>
    <w:p>
      <w:r>
        <w:t>면담자: 인사팀 김OO 대리(가명) / 기록 범위: 퇴사 결정 이유와 함께 언급한 불편</w:t>
      </w:r>
    </w:p>
    <w:p>
      <w:r>
        <w:t>“수당 기준을 여러 번 물었는데 설명이 달랐어. 보상 기준이 납득되지 않아 옮기기로 했어.”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E07 | 입출고 관리 | 근속 9개월</w:t>
      </w:r>
    </w:p>
    <w:p>
      <w:r>
        <w:t>면담자: 인사팀 김OO 대리(가명) / 기록 범위: 퇴사 결정 이유와 함께 언급한 불편</w:t>
      </w:r>
    </w:p>
    <w:p>
      <w:r>
        <w:t>“다른 곳에서 더 나은 급여 조건을 제안했어. 떠나는 가장 큰 이유는 보상이야.”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p>
      <w:pPr>
        <w:pStyle w:val="Heading1"/>
      </w:pPr>
      <w:r>
        <w:t>E08 | 배차 관리 | 근속 18개월</w:t>
      </w:r>
    </w:p>
    <w:p>
      <w:r>
        <w:t>면담자: 인사팀 김OO 대리(가명) / 기록 범위: 퇴사 결정 이유와 함께 언급한 불편</w:t>
      </w:r>
    </w:p>
    <w:p>
      <w:r>
        <w:t>“새 업무를 배울 기회가 없어서 옮겨. 가장 큰 이유는 성장 기회야. 교육을 물었을 때 답이 없던 것도 아쉬워.”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E09 | 입출고 관리 | 근속 30개월</w:t>
      </w:r>
    </w:p>
    <w:p>
      <w:r>
        <w:t>면담자: 인사팀 김OO 대리(가명) / 기록 범위: 퇴사 결정 이유와 함께 언급한 불편</w:t>
      </w:r>
    </w:p>
    <w:p>
      <w:r>
        <w:t>“장기적으로 어떤 역할을 맡을 수 있는지 모르겠어. 성장 경로가 안 보여서 떠나기로 했어.”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p>
      <w:pPr>
        <w:pStyle w:val="Heading1"/>
      </w:pPr>
      <w:r>
        <w:t>E10 | 배차 관리 | 근속 16개월</w:t>
      </w:r>
    </w:p>
    <w:p>
      <w:r>
        <w:t>면담자: 인사팀 김OO 대리(가명) / 기록 범위: 퇴사 결정 이유와 함께 언급한 불편</w:t>
      </w:r>
    </w:p>
    <w:p>
      <w:r>
        <w:t>“질문하면 공개적으로 질책받는 느낌이 들어 말을 못 했어. 소통 방식이 가장 큰 이유야. 업무 몰림도 힘들었어.”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E11 | 입출고 관리 | 근속 22개월</w:t>
      </w:r>
    </w:p>
    <w:p>
      <w:r>
        <w:t>면담자: 인사팀 김OO 대리(가명) / 기록 범위: 퇴사 결정 이유와 함께 언급한 불편</w:t>
      </w:r>
    </w:p>
    <w:p>
      <w:r>
        <w:t>“거주지를 옮겨 출퇴근을 이어가기 어려워. 회사 운영과 관련한 불만은 따로 말하지 않을게.”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p>
      <w:pPr>
        <w:pStyle w:val="Heading1"/>
      </w:pPr>
      <w:r>
        <w:t>E12 | 배차 관리 | 근속 7개월</w:t>
      </w:r>
    </w:p>
    <w:p>
      <w:r>
        <w:t>면담자: 인사팀 김OO 대리(가명) / 기록 범위: 퇴사 결정 이유와 함께 언급한 불편</w:t>
      </w:r>
    </w:p>
    <w:p>
      <w:r>
        <w:t>“그냥 개인 사정이라고 적어줘. 여기서 더 말하고 싶지는 않아. 다른 곳 급여가 좋다던 얘기는 들었지만 내 이유라고 말한 건 아니야.”</w:t>
      </w:r>
    </w:p>
    <w:p>
      <w:r>
        <w:t>분석 메모: 가장 큰 이유 / 함께 언급한 이유 / 그대로 옮긴 근거 / 확인할 점</w:t>
      </w:r>
    </w:p>
    <w:p>
      <w:r>
        <w:t>검토 메모: __________________________________________________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인사팀 김OO 대리 / 검토: 운영팀 O팀장 · 가상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