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| 물류 계약·정산 지원</w:t>
      </w:r>
    </w:p>
    <w:p>
      <w:r>
        <w:t>한결물류(가명) | 평택센터·본사 | 기준일 2026-11-03</w:t>
      </w:r>
    </w:p>
    <w:p>
      <w:r>
        <w:t>검토용 0.9 | 부서 승인 전 | 가상 결과 예시</w:t>
      </w:r>
    </w:p>
    <w:p>
      <w:pPr>
        <w:pStyle w:val="Heading1"/>
      </w:pPr>
      <w:r>
        <w:t>① 직무·소속</w:t>
      </w:r>
    </w:p>
    <w:p>
      <w:r>
        <w:t>물류 계약·정산 지원 / 영업지원팀 / 확인 담당: 영업지원팀 S팀장(가명)</w:t>
      </w:r>
    </w:p>
    <w:p>
      <w:pPr>
        <w:pStyle w:val="Heading1"/>
      </w:pPr>
      <w:r>
        <w:t>② 일의 목적</w:t>
      </w:r>
    </w:p>
    <w:p>
      <w:r>
        <w:t>계약·거래·정산 자료를 정리해 누락 없는 고객 업무를 돕는다.</w:t>
      </w:r>
    </w:p>
    <w:p>
      <w:pPr>
        <w:pStyle w:val="Heading1"/>
      </w:pPr>
      <w:r>
        <w:t>③ 핵심 업무 | 보통 주의 배분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하는 일</w:t>
            </w:r>
          </w:p>
        </w:tc>
        <w:tc>
          <w:tcPr>
            <w:tcW w:type="dxa" w:w="2040"/>
          </w:tcPr>
          <w:p>
            <w:r>
              <w:t>산출물</w:t>
            </w:r>
          </w:p>
        </w:tc>
        <w:tc>
          <w:tcPr>
            <w:tcW w:type="dxa" w:w="2040"/>
          </w:tcPr>
          <w:p>
            <w:r>
              <w:t>주당 시간</w:t>
            </w:r>
          </w:p>
        </w:tc>
        <w:tc>
          <w:tcPr>
            <w:tcW w:type="dxa" w:w="2040"/>
          </w:tcPr>
          <w:p>
            <w:r>
              <w:t>비중</w:t>
            </w:r>
          </w:p>
        </w:tc>
      </w:tr>
      <w:tr>
        <w:tc>
          <w:tcPr>
            <w:tcW w:type="dxa" w:w="2040"/>
          </w:tcPr>
          <w:p>
            <w:r>
              <w:t>SA01</w:t>
            </w:r>
          </w:p>
        </w:tc>
        <w:tc>
          <w:tcPr>
            <w:tcW w:type="dxa" w:w="2040"/>
          </w:tcPr>
          <w:p>
            <w:r>
              <w:t>계약 자료 정리</w:t>
            </w:r>
          </w:p>
        </w:tc>
        <w:tc>
          <w:tcPr>
            <w:tcW w:type="dxa" w:w="2040"/>
          </w:tcPr>
          <w:p>
            <w:r>
              <w:t>계약 검토 자료</w:t>
            </w:r>
          </w:p>
        </w:tc>
        <w:tc>
          <w:tcPr>
            <w:tcW w:type="dxa" w:w="2040"/>
          </w:tcPr>
          <w:p>
            <w:r>
              <w:t>14시간</w:t>
            </w:r>
          </w:p>
        </w:tc>
        <w:tc>
          <w:tcPr>
            <w:tcW w:type="dxa" w:w="2040"/>
          </w:tcPr>
          <w:p>
            <w:r>
              <w:t>35%</w:t>
            </w:r>
          </w:p>
        </w:tc>
      </w:tr>
      <w:tr>
        <w:tc>
          <w:tcPr>
            <w:tcW w:type="dxa" w:w="2040"/>
          </w:tcPr>
          <w:p>
            <w:r>
              <w:t>SA02</w:t>
            </w:r>
          </w:p>
        </w:tc>
        <w:tc>
          <w:tcPr>
            <w:tcW w:type="dxa" w:w="2040"/>
          </w:tcPr>
          <w:p>
            <w:r>
              <w:t>거래 요청 접수</w:t>
            </w:r>
          </w:p>
        </w:tc>
        <w:tc>
          <w:tcPr>
            <w:tcW w:type="dxa" w:w="2040"/>
          </w:tcPr>
          <w:p>
            <w:r>
              <w:t>거래 요청 목록</w:t>
            </w:r>
          </w:p>
        </w:tc>
        <w:tc>
          <w:tcPr>
            <w:tcW w:type="dxa" w:w="2040"/>
          </w:tcPr>
          <w:p>
            <w:r>
              <w:t>10시간</w:t>
            </w:r>
          </w:p>
        </w:tc>
        <w:tc>
          <w:tcPr>
            <w:tcW w:type="dxa" w:w="2040"/>
          </w:tcPr>
          <w:p>
            <w:r>
              <w:t>25%</w:t>
            </w:r>
          </w:p>
        </w:tc>
      </w:tr>
      <w:tr>
        <w:tc>
          <w:tcPr>
            <w:tcW w:type="dxa" w:w="2040"/>
          </w:tcPr>
          <w:p>
            <w:r>
              <w:t>SA03</w:t>
            </w:r>
          </w:p>
        </w:tc>
        <w:tc>
          <w:tcPr>
            <w:tcW w:type="dxa" w:w="2040"/>
          </w:tcPr>
          <w:p>
            <w:r>
              <w:t>정산 증빙 취합</w:t>
            </w:r>
          </w:p>
        </w:tc>
        <w:tc>
          <w:tcPr>
            <w:tcW w:type="dxa" w:w="2040"/>
          </w:tcPr>
          <w:p>
            <w:r>
              <w:t>정산 증빙 묶음</w:t>
            </w:r>
          </w:p>
        </w:tc>
        <w:tc>
          <w:tcPr>
            <w:tcW w:type="dxa" w:w="2040"/>
          </w:tcPr>
          <w:p>
            <w:r>
              <w:t>8시간</w:t>
            </w:r>
          </w:p>
        </w:tc>
        <w:tc>
          <w:tcPr>
            <w:tcW w:type="dxa" w:w="2040"/>
          </w:tcPr>
          <w:p>
            <w:r>
              <w:t>20%</w:t>
            </w:r>
          </w:p>
        </w:tc>
      </w:tr>
      <w:tr>
        <w:tc>
          <w:tcPr>
            <w:tcW w:type="dxa" w:w="2040"/>
          </w:tcPr>
          <w:p>
            <w:r>
              <w:t>SA04</w:t>
            </w:r>
          </w:p>
        </w:tc>
        <w:tc>
          <w:tcPr>
            <w:tcW w:type="dxa" w:w="2040"/>
          </w:tcPr>
          <w:p>
            <w:r>
              <w:t>청구 전 자료 대조</w:t>
            </w:r>
          </w:p>
        </w:tc>
        <w:tc>
          <w:tcPr>
            <w:tcW w:type="dxa" w:w="2040"/>
          </w:tcPr>
          <w:p>
            <w:r>
              <w:t>청구 전 대조표</w:t>
            </w:r>
          </w:p>
        </w:tc>
        <w:tc>
          <w:tcPr>
            <w:tcW w:type="dxa" w:w="2040"/>
          </w:tcPr>
          <w:p>
            <w:r>
              <w:t>6시간</w:t>
            </w:r>
          </w:p>
        </w:tc>
        <w:tc>
          <w:tcPr>
            <w:tcW w:type="dxa" w:w="2040"/>
          </w:tcPr>
          <w:p>
            <w:r>
              <w:t>15%</w:t>
            </w:r>
          </w:p>
        </w:tc>
      </w:tr>
      <w:tr>
        <w:tc>
          <w:tcPr>
            <w:tcW w:type="dxa" w:w="2040"/>
          </w:tcPr>
          <w:p>
            <w:r>
              <w:t>SA05</w:t>
            </w:r>
          </w:p>
        </w:tc>
        <w:tc>
          <w:tcPr>
            <w:tcW w:type="dxa" w:w="2040"/>
          </w:tcPr>
          <w:p>
            <w:r>
              <w:t>고객 변경사항 공유</w:t>
            </w:r>
          </w:p>
        </w:tc>
        <w:tc>
          <w:tcPr>
            <w:tcW w:type="dxa" w:w="2040"/>
          </w:tcPr>
          <w:p>
            <w:r>
              <w:t>고객 조건 변경 메모</w:t>
            </w:r>
          </w:p>
        </w:tc>
        <w:tc>
          <w:tcPr>
            <w:tcW w:type="dxa" w:w="2040"/>
          </w:tcPr>
          <w:p>
            <w:r>
              <w:t>2시간</w:t>
            </w:r>
          </w:p>
        </w:tc>
        <w:tc>
          <w:tcPr>
            <w:tcW w:type="dxa" w:w="2040"/>
          </w:tcPr>
          <w:p>
            <w:r>
              <w:t>5%</w:t>
            </w:r>
          </w:p>
        </w:tc>
      </w:tr>
    </w:tbl>
    <w:p>
      <w:r>
        <w:t>합계 주 40시간 / 비중 100%. 실제 근로시간을 확정하는 표가 아니다.</w:t>
      </w:r>
    </w:p>
    <w:p>
      <w:r>
        <w:br w:type="page"/>
      </w:r>
    </w:p>
    <w:p>
      <w:pPr>
        <w:pStyle w:val="Heading1"/>
      </w:pPr>
      <w:r>
        <w:t>④ 주고받는 일</w:t>
      </w:r>
    </w:p>
    <w:p>
      <w:r>
        <w:t>SA01 조건 확정은 S팀장에게 요청</w:t>
        <w:br/>
        <w:t>SA02 운영팀에 가능한 작업 일정 확인</w:t>
        <w:br/>
        <w:t>SA03 배차팀 완료 증빙을 받아 재무에 전달</w:t>
        <w:br/>
        <w:t>SA04 청구 확정은 재무 승인권자에게 요청</w:t>
        <w:br/>
        <w:t>SA05 승인된 변경을 관련 부서에 공유</w:t>
      </w:r>
    </w:p>
    <w:p>
      <w:pPr>
        <w:pStyle w:val="Heading1"/>
      </w:pPr>
      <w:r>
        <w:t>⑤ 결정 범위</w:t>
      </w:r>
    </w:p>
    <w:p>
      <w:r>
        <w:t>계약·정산 자료를 정리하고 검토 요청한다. 계약 체결과 청구 확정은 승인권자에게 요청한다.</w:t>
      </w:r>
    </w:p>
    <w:p>
      <w:pPr>
        <w:pStyle w:val="Heading1"/>
      </w:pPr>
      <w:r>
        <w:t>⑥ 필수·우대</w:t>
      </w:r>
    </w:p>
    <w:p>
      <w:r>
        <w:t>필수: 거래 자료 정리 경험, 엑셀 사용 가능</w:t>
        <w:br/>
        <w:t>우대: 물류 계약·정산 증빙 관리 경험</w:t>
      </w:r>
    </w:p>
    <w:p>
      <w:pPr>
        <w:pStyle w:val="Heading1"/>
      </w:pPr>
      <w:r>
        <w:t>⑦ 성과 확인</w:t>
      </w:r>
    </w:p>
    <w:p>
      <w:r>
        <w:t>정산 증빙 누락 건수: 정산 검토 시 필요한 증빙이 빠진 건수. 목표값은 확인 필요.</w:t>
      </w:r>
    </w:p>
    <w:p>
      <w:pPr>
        <w:pStyle w:val="Heading1"/>
      </w:pPr>
      <w:r>
        <w:t>⑧ 근무조건</w:t>
      </w:r>
    </w:p>
    <w:p>
      <w:r>
        <w:t>본사 근무. 상세 근무시간·임금은 확인 필요.</w:t>
      </w:r>
    </w:p>
    <w:p>
      <w:pPr>
        <w:pStyle w:val="Heading1"/>
      </w:pPr>
      <w:r>
        <w:t>⑨ 확인·승인</w:t>
      </w:r>
    </w:p>
    <w:p>
      <w:r>
        <w:t>근거: 영업지원 업무 메모·업무시간 원본·부서 확인 답변·협업 경계 회의 메모. 임금·목표값 등 미확정 사항은 확인 필요. 영업지원팀 S팀장 내용 확인 후 별도 승인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