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 · 결과 예시 / 회사·인물·수치·조건은 예시입니다.</w:t>
      </w:r>
    </w:p>
    <w:p>
      <w:pPr>
        <w:pStyle w:val="Title"/>
      </w:pPr>
      <w:r>
        <w:t>한결물류 · 신입 첫 주 안내서</w:t>
      </w:r>
    </w:p>
    <w:p>
      <w:r>
        <w:t>김OO 님, 환영합니다. 첫날은 월요일 8:30, 평택센터 2층 사무동 운영팀으로 와 주세요. 박OO 주임이 정문에서 마중합니다. 근무는 8:30~17:30입니다. 팀 대표 번호는 031-000-0000입니다.</w:t>
      </w:r>
    </w:p>
    <w:p>
      <w:r>
        <w:t>준비물: 별도로 안내받은 입사 서류. 안전화는 첫날 지급하며 현장에서는 착용합니다.</w:t>
      </w:r>
    </w:p>
    <w:p>
      <w:pPr>
        <w:pStyle w:val="Heading1"/>
      </w:pPr>
      <w:r>
        <w:t>월~금 주간 일정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요일</w:t>
            </w:r>
          </w:p>
        </w:tc>
        <w:tc>
          <w:tcPr>
            <w:tcW w:type="dxa" w:w="1728"/>
          </w:tcPr>
          <w:p>
            <w:r>
              <w:t>할 일 · 오전 / 오후</w:t>
            </w:r>
          </w:p>
        </w:tc>
        <w:tc>
          <w:tcPr>
            <w:tcW w:type="dxa" w:w="1728"/>
          </w:tcPr>
          <w:p>
            <w:r>
              <w:t>담당자</w:t>
            </w:r>
          </w:p>
        </w:tc>
        <w:tc>
          <w:tcPr>
            <w:tcW w:type="dxa" w:w="1728"/>
          </w:tcPr>
          <w:p>
            <w:r>
              <w:t>장소</w:t>
            </w:r>
          </w:p>
        </w:tc>
        <w:tc>
          <w:tcPr>
            <w:tcW w:type="dxa" w:w="1728"/>
          </w:tcPr>
          <w:p>
            <w:r>
              <w:t>준비물</w:t>
            </w:r>
          </w:p>
        </w:tc>
      </w:tr>
      <w:tr>
        <w:tc>
          <w:tcPr>
            <w:tcW w:type="dxa" w:w="1728"/>
          </w:tcPr>
          <w:p>
            <w:r>
              <w:t>월</w:t>
            </w:r>
          </w:p>
        </w:tc>
        <w:tc>
          <w:tcPr>
            <w:tcW w:type="dxa" w:w="1728"/>
          </w:tcPr>
          <w:p>
            <w:r>
              <w:t>오전: 서류·출입증·노트북 / 안전 교육 10:00~12:00</w:t>
              <w:br/>
              <w:t>오후: 계정 발급 뒤 사용법 익히기</w:t>
            </w:r>
          </w:p>
        </w:tc>
        <w:tc>
          <w:tcPr>
            <w:tcW w:type="dxa" w:w="1728"/>
          </w:tcPr>
          <w:p>
            <w:r>
              <w:t>인사팀·안전 담당 / IT 담당·사수</w:t>
            </w:r>
          </w:p>
        </w:tc>
        <w:tc>
          <w:tcPr>
            <w:tcW w:type="dxa" w:w="1728"/>
          </w:tcPr>
          <w:p>
            <w:r>
              <w:t>사무동 / 교육 장소·계정 안내 장소 확인</w:t>
            </w:r>
          </w:p>
        </w:tc>
        <w:tc>
          <w:tcPr>
            <w:tcW w:type="dxa" w:w="1728"/>
          </w:tcPr>
          <w:p>
            <w:r>
              <w:t>입사 서류 / 지급 노트북</w:t>
            </w:r>
          </w:p>
        </w:tc>
      </w:tr>
      <w:tr>
        <w:tc>
          <w:tcPr>
            <w:tcW w:type="dxa" w:w="1728"/>
          </w:tcPr>
          <w:p>
            <w:r>
              <w:t>화</w:t>
            </w:r>
          </w:p>
        </w:tc>
        <w:tc>
          <w:tcPr>
            <w:tcW w:type="dxa" w:w="1728"/>
          </w:tcPr>
          <w:p>
            <w:r>
              <w:t>오전: 서울 본사 신입 오리엔테이션</w:t>
              <w:br/>
              <w:t>오후: 서울 본사 신입 오리엔테이션</w:t>
            </w:r>
          </w:p>
        </w:tc>
        <w:tc>
          <w:tcPr>
            <w:tcW w:type="dxa" w:w="1728"/>
          </w:tcPr>
          <w:p>
            <w:r>
              <w:t>본사 교육 담당</w:t>
            </w:r>
          </w:p>
        </w:tc>
        <w:tc>
          <w:tcPr>
            <w:tcW w:type="dxa" w:w="1728"/>
          </w:tcPr>
          <w:p>
            <w:r>
              <w:t>서울 본사 · 세부 장소 확인</w:t>
            </w:r>
          </w:p>
        </w:tc>
        <w:tc>
          <w:tcPr>
            <w:tcW w:type="dxa" w:w="1728"/>
          </w:tcPr>
          <w:p>
            <w:r>
              <w:t>별도 교육 안내 확인</w:t>
            </w:r>
          </w:p>
        </w:tc>
      </w:tr>
      <w:tr>
        <w:tc>
          <w:tcPr>
            <w:tcW w:type="dxa" w:w="1728"/>
          </w:tcPr>
          <w:p>
            <w:r>
              <w:t>수</w:t>
            </w:r>
          </w:p>
        </w:tc>
        <w:tc>
          <w:tcPr>
            <w:tcW w:type="dxa" w:w="1728"/>
          </w:tcPr>
          <w:p>
            <w:r>
              <w:t>오전: 박OO 주임과 입출고 흐름 배우기</w:t>
              <w:br/>
              <w:t>오후: 사무동에서 업무 용어·교육 내용 정리</w:t>
            </w:r>
          </w:p>
        </w:tc>
        <w:tc>
          <w:tcPr>
            <w:tcW w:type="dxa" w:w="1728"/>
          </w:tcPr>
          <w:p>
            <w:r>
              <w:t>박OO 주임 / 김OO</w:t>
            </w:r>
          </w:p>
        </w:tc>
        <w:tc>
          <w:tcPr>
            <w:tcW w:type="dxa" w:w="1728"/>
          </w:tcPr>
          <w:p>
            <w:r>
              <w:t>평택센터 · 오전 세부 장소 확인 / 오후 사무동</w:t>
            </w:r>
          </w:p>
        </w:tc>
        <w:tc>
          <w:tcPr>
            <w:tcW w:type="dxa" w:w="1728"/>
          </w:tcPr>
          <w:p>
            <w:r>
              <w:t>업무 메모·지급 노트북</w:t>
            </w:r>
          </w:p>
        </w:tc>
      </w:tr>
      <w:tr>
        <w:tc>
          <w:tcPr>
            <w:tcW w:type="dxa" w:w="1728"/>
          </w:tcPr>
          <w:p>
            <w:r>
              <w:t>목</w:t>
            </w:r>
          </w:p>
        </w:tc>
        <w:tc>
          <w:tcPr>
            <w:tcW w:type="dxa" w:w="1728"/>
          </w:tcPr>
          <w:p>
            <w:r>
              <w:t>오전: 박OO 주임과 질문 확인·배운 일 해 보기</w:t>
              <w:br/>
              <w:t>오후: 입출고 관리 연습·사수에게 점검받기</w:t>
            </w:r>
          </w:p>
        </w:tc>
        <w:tc>
          <w:tcPr>
            <w:tcW w:type="dxa" w:w="1728"/>
          </w:tcPr>
          <w:p>
            <w:r>
              <w:t>박OO 주임</w:t>
            </w:r>
          </w:p>
        </w:tc>
        <w:tc>
          <w:tcPr>
            <w:tcW w:type="dxa" w:w="1728"/>
          </w:tcPr>
          <w:p>
            <w:r>
              <w:t>평택센터 · 세부 장소 확인</w:t>
            </w:r>
          </w:p>
        </w:tc>
        <w:tc>
          <w:tcPr>
            <w:tcW w:type="dxa" w:w="1728"/>
          </w:tcPr>
          <w:p>
            <w:r>
              <w:t>질문 메모·지급 노트북</w:t>
            </w:r>
          </w:p>
        </w:tc>
      </w:tr>
      <w:tr>
        <w:tc>
          <w:tcPr>
            <w:tcW w:type="dxa" w:w="1728"/>
          </w:tcPr>
          <w:p>
            <w:r>
              <w:t>금</w:t>
            </w:r>
          </w:p>
        </w:tc>
        <w:tc>
          <w:tcPr>
            <w:tcW w:type="dxa" w:w="1728"/>
          </w:tcPr>
          <w:p>
            <w:r>
              <w:t>오전: 첫 주 배운 내용을 묶어 정리</w:t>
              <w:br/>
              <w:t>오후: 박OO 주임과 한 주 돌아보기</w:t>
            </w:r>
          </w:p>
        </w:tc>
        <w:tc>
          <w:tcPr>
            <w:tcW w:type="dxa" w:w="1728"/>
          </w:tcPr>
          <w:p>
            <w:r>
              <w:t>김OO / 박OO 주임</w:t>
            </w:r>
          </w:p>
        </w:tc>
        <w:tc>
          <w:tcPr>
            <w:tcW w:type="dxa" w:w="1728"/>
          </w:tcPr>
          <w:p>
            <w:r>
              <w:t>평택센터 · 세부 장소 확인</w:t>
            </w:r>
          </w:p>
        </w:tc>
        <w:tc>
          <w:tcPr>
            <w:tcW w:type="dxa" w:w="1728"/>
          </w:tcPr>
          <w:p>
            <w:r>
              <w:t>한 주 기록·질문 메모</w:t>
            </w:r>
          </w:p>
        </w:tc>
      </w:tr>
    </w:tbl>
    <w:p>
      <w:r>
        <w:t>안전 교육은 월요일 10:00~12:00이며, 교육이 끝나기 전 현장 일정은 없습니다. 월요일 오후 계정 발급 뒤에 계정이 필요한 일을 합니다. 수요일 오후 박OO 주임은 이천센터 출장입니다. 혼자 현장에 가지 않고 사무동에서 정리합니다.</w:t>
      </w:r>
    </w:p>
    <w:p>
      <w:pPr>
        <w:pStyle w:val="Heading1"/>
      </w:pPr>
      <w:r>
        <w:t>자주 묻는 질문</w:t>
      </w:r>
    </w:p>
    <w:p>
      <w:r>
        <w:t>복장: 활동하기 편한 단정한 옷. 현장은 첫날 지급한 안전화 착용.</w:t>
      </w:r>
    </w:p>
    <w:p>
      <w:r>
        <w:t>점심: 구내식당이 있습니다.</w:t>
      </w:r>
    </w:p>
    <w:p>
      <w:r>
        <w:t>퇴근: 17:30입니다.</w:t>
      </w:r>
    </w:p>
    <w:p>
      <w:r>
        <w:t>통근 버스: 평택역에서 7:50 출발합니다.</w:t>
      </w:r>
    </w:p>
    <w:p>
      <w:r>
        <w:t>급여일: 매월 25일입니다.</w:t>
      </w:r>
    </w:p>
    <w:p>
      <w:pPr>
        <w:pStyle w:val="Heading1"/>
      </w:pPr>
      <w:r>
        <w:t>담당자 준비할 일</w:t>
      </w:r>
    </w:p>
    <w:p>
      <w:r>
        <w:t>사수 박OO 주임: 월요일 정문 마중, 수요일 오후 부재 반영, 목요일 오전 질문 확인, 금요일 오후 돌아보기 준비.</w:t>
      </w:r>
    </w:p>
    <w:p>
      <w:r>
        <w:t>인사팀: 월요일 입사 서류·출입증·노트북 처리 준비.</w:t>
      </w:r>
    </w:p>
    <w:p>
      <w:r>
        <w:t>IT 담당: 월요일 오후 계정 발급, 발급 뒤 사용법 익힐 수 있도록 안내.</w:t>
      </w:r>
    </w:p>
    <w:p>
      <w:r>
        <w:t>안전 담당: 월요일 10:00~12:00 교육, 교육 전 현장 일정 없는지 확인.</w:t>
      </w:r>
    </w:p>
    <w:p>
      <w:r>
        <w:t>운영팀: 첫날 안전화 지급 준비. 본사 교육 담당과 세부 안내 확인.</w:t>
      </w:r>
    </w:p>
    <w:p>
      <w:pPr>
        <w:pStyle w:val="Heading1"/>
      </w:pPr>
      <w:r>
        <w:t>보내기 전 담당자가 확인할 항목</w:t>
      </w:r>
    </w:p>
    <w:p>
      <w:r>
        <w:t>월요일 안전 교육 장소와 계정 안내 장소.</w:t>
      </w:r>
    </w:p>
    <w:p>
      <w:r>
        <w:t>화요일 본사 교육의 세부 시각·장소·이동 안내·준비물, 교육 안에서 해 보는 시간.</w:t>
      </w:r>
    </w:p>
    <w:p>
      <w:r>
        <w:t>수~금 일정의 세부 시각·장소 및 운영팀 담당자 합의.</w:t>
      </w:r>
    </w:p>
    <w:p>
      <w:r>
        <w:t>개별 신입에게 별도로 안내할 입사 서류 목록.</w:t>
      </w:r>
    </w:p>
    <w:p>
      <w:r>
        <w:t>미확정 항목은 담당자에게 확인한 뒤 문서를 고쳐 전달합니다. 이 문서는 실제 입사 안내가 아닙니다.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