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 · 실제 앱 생성 기록 아님</w:t>
      </w:r>
    </w:p>
    <w:p>
      <w:pPr>
        <w:pStyle w:val="Title"/>
      </w:pPr>
      <w:r>
        <w:t>한결물류 평택센터 입출고 담당 채용</w:t>
      </w:r>
    </w:p>
    <w:p>
      <w:r>
        <w:t>검토본 · 회사·인물은 가명, 모든 수치·조건은 예시입니다. 미정 항목은 게시 전에 담당자가 채웁니다.</w:t>
      </w:r>
    </w:p>
    <w:p>
      <w:pPr>
        <w:pStyle w:val="Heading2"/>
      </w:pPr>
      <w:r>
        <w:t>회사·팀 소개</w:t>
      </w:r>
    </w:p>
    <w:p>
      <w:r>
        <w:t>한결물류(가명)는 물류 효율화 솔루션·운송 대행 회사입니다. 직원 약 160명, 본사는 서울, 센터는 이천·평택에 있습니다. 평택센터 운영팀에서 입출고 담당 1명을 채용합니다.</w:t>
      </w:r>
    </w:p>
    <w:p>
      <w:pPr>
        <w:pStyle w:val="Heading2"/>
      </w:pPr>
      <w:r>
        <w:t>하는 일</w:t>
      </w:r>
    </w:p>
    <w:p>
      <w:r>
        <w:t>평택센터 입출고 관리. 입사 후 첫 3개월의 구체적인 업무 범위와 담당 항목은 확인 필요.</w:t>
      </w:r>
    </w:p>
    <w:p>
      <w:pPr>
        <w:pStyle w:val="Heading2"/>
      </w:pPr>
      <w:r>
        <w:t>필수·우대</w:t>
      </w:r>
    </w:p>
    <w:p>
      <w:r>
        <w:t>필수: 물류 경력 3년 이상, 창고 관리 시스템 사용 경험. 우대: 지게차 자격.</w:t>
      </w:r>
    </w:p>
    <w:p>
      <w:pPr>
        <w:pStyle w:val="Heading2"/>
      </w:pPr>
      <w:r>
        <w:t>근무 조건</w:t>
      </w:r>
    </w:p>
    <w:p>
      <w:r>
        <w:t>정규직, 수습 3개월. 평택센터 주간 근무. 11~12월 성수기 토요일 격주 출근. 연봉 3,800~4,500만 원(예시). 평택역 출발 통근 버스 있음. 정확한 근무 시간·센터 주소·버스 시간은 확인 필요.</w:t>
      </w:r>
    </w:p>
    <w:p>
      <w:pPr>
        <w:pStyle w:val="Heading2"/>
      </w:pPr>
      <w:r>
        <w:t>전형</w:t>
      </w:r>
    </w:p>
    <w:p>
      <w:r>
        <w:t>서류 → 1차 실무 면접 → 2차 임원 면접 → 처우 협의.</w:t>
      </w:r>
    </w:p>
    <w:p>
      <w:pPr>
        <w:pStyle w:val="Heading2"/>
      </w:pPr>
      <w:r>
        <w:t>지원 방법</w:t>
      </w:r>
    </w:p>
    <w:p>
      <w:r>
        <w:t>제출 서류·접수처·마감일·문의처는 확인 필요.</w:t>
      </w:r>
    </w:p>
    <w:p>
      <w:pPr>
        <w:pStyle w:val="Heading2"/>
      </w:pPr>
      <w:r>
        <w:t>팀장에게 확인할 것</w:t>
      </w:r>
    </w:p>
    <w:p>
      <w:r>
        <w:t>첫 3개월의 업무와 실제 작업 조건 / 근무·통근 버스 시간 및 성수기 출근일 / 제출 서류·접수처·마감일·문의처.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