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한결물류 다국어 고객 안내문·응대 틀</w:t>
      </w:r>
    </w:p>
    <w:p>
      <w:r>
        <w:t>교육용 완성 예시 · 2026년 3월 한국어 원문 기준 · v0.1 · 실제 정책 승인 및 언어 검수 전 배포 보류</w:t>
      </w:r>
    </w:p>
    <w:p>
      <w:r>
        <w:t>영어·중국어 간체·일본어 / 안내문 5종 × 3개 언어 = 15개 / 짧은 응대 15개. 고객지원팀 김OO(가명)가 검토를 요청하는 상황이다.</w:t>
      </w:r>
    </w:p>
    <w:p>
      <w:r>
        <w:t>N01 원문의 정상 배송 확언은 조회 정보만으로 배송 상태를 단정하지 않는 표현으로 제안했다. 원문 담당자 확인 후 확정한다. 영업일의 공휴일 처리, 마감시각, 날짜 포함 계산법은 별도 확인이 필요하다. 이 자료는 새 규정을 확정하지 않는다.</w:t>
      </w:r>
    </w:p>
    <w:p>
      <w:r>
        <w:t>사용 전: 원문 버전 확인 → 정책 승인 → 각 언어 검수 → 고객 상황 확인 → 빈칸 채움 → 사람이 최종 발송. [회신 시점]은 확인된 약속으로만 채우며, 빈칸이 남아 있으면 보내지 않는다.</w:t>
      </w:r>
    </w:p>
    <w:p>
      <w:r>
        <w:br w:type="page"/>
      </w:r>
    </w:p>
    <w:p>
      <w:pPr>
        <w:pStyle w:val="Heading1"/>
      </w:pPr>
      <w:r>
        <w:t>N01 배송 조회</w:t>
      </w:r>
    </w:p>
    <w:p>
      <w:pPr>
        <w:pStyle w:val="Heading2"/>
      </w:pPr>
      <w:r>
        <w:t>검토할 한국어 기준문</w:t>
      </w:r>
    </w:p>
    <w:p>
      <w:r>
        <w:t>출고 처리 다음 날부터 운송장 번호로 배송을 조회할 수 있습니다. 운송장 번호는 출고 시 문자로 발송됩니다. 출고 당일 조회가 되지 않는다는 사실만으로 현재 배송 상태나 도착 시각을 확정할 수 없습니다. 홈페이지 hangyeol.example의 배송조회 메뉴에서 확인해 주세요. 고객센터 운영시간은 평일 09:00~18:00입니다.</w:t>
      </w:r>
    </w:p>
    <w:p>
      <w:r>
        <w:t>조건: 출고 다음 날부터 조회 / 출고 시 문자 / 평일 09:00~18:00 / 도착 확언 금지</w:t>
      </w:r>
    </w:p>
    <w:p>
      <w:r>
        <w:t>출처: 한국어안내문_원문5개_가상.docx / 해당 번호 / 2026년 3월 개정 반영본</w:t>
      </w:r>
    </w:p>
    <w:p>
      <w:pPr>
        <w:pStyle w:val="Heading2"/>
      </w:pPr>
      <w:r>
        <w:t>영어 안내 초안</w:t>
      </w:r>
    </w:p>
    <w:p>
      <w:r>
        <w:rPr>
          <w:rFonts w:ascii="Arial" w:hAnsi="Arial" w:eastAsia="Arial"/>
        </w:rPr>
        <w:t>You can track your parcel using the tracking number from the day after dispatch. We send the tracking number by text message when your parcel is dispatched. If tracking information is unavailable on the day of dispatch, this alone does not confirm the current delivery status or arrival time. Please use the tracking menu at hangyeol.example. Customer service is available on weekdays, 09:00–18:00.</w:t>
      </w:r>
    </w:p>
    <w:p>
      <w:pPr>
        <w:pStyle w:val="Heading3"/>
      </w:pPr>
      <w:r>
        <w:t>영어 짧은 응대 틀</w:t>
      </w:r>
    </w:p>
    <w:p>
      <w:r>
        <w:rPr>
          <w:rFonts w:ascii="Arial" w:hAnsi="Arial" w:eastAsia="Arial"/>
        </w:rPr>
        <w:t>Tracking information is available from the day after dispatch. We have not yet confirmed the current status of your parcel. We will update you by [회신 시점] after checking.</w:t>
      </w:r>
    </w:p>
    <w:p>
      <w:r>
        <w:t>정책 승인: 대기 / 언어 검수: 대기 / 실제 적용 전 고객 상황 확인 필요</w:t>
      </w:r>
    </w:p>
    <w:p>
      <w:pPr>
        <w:pStyle w:val="Heading2"/>
      </w:pPr>
      <w:r>
        <w:t>중국어(간체) 안내 초안</w:t>
      </w:r>
    </w:p>
    <w:p>
      <w:r>
        <w:rPr>
          <w:rFonts w:ascii="Microsoft YaHei" w:hAnsi="Microsoft YaHei" w:eastAsia="Microsoft YaHei"/>
        </w:rPr>
        <w:t>包裹发出后的次日起，您可使用运单号查询物流。包裹发出时，我们会通过短信发送运单号。发出当天查不到物流信息，并不能据此确定包裹当前的配送状态或送达时间。请在 hangyeol.example 网站的物流查询栏目查看。客服服务时间为工作日 09:00–18:00。</w:t>
      </w:r>
    </w:p>
    <w:p>
      <w:pPr>
        <w:pStyle w:val="Heading3"/>
      </w:pPr>
      <w:r>
        <w:t>중국어(간체) 짧은 응대 틀</w:t>
      </w:r>
    </w:p>
    <w:p>
      <w:r>
        <w:rPr>
          <w:rFonts w:ascii="Microsoft YaHei" w:hAnsi="Microsoft YaHei" w:eastAsia="Microsoft YaHei"/>
        </w:rPr>
        <w:t>包裹发出后的次日起可查询物流。我们尚未核实您包裹的当前状态。核实后将于[회신 시점]前向您反馈。</w:t>
      </w:r>
    </w:p>
    <w:p>
      <w:r>
        <w:t>정책 승인: 대기 / 언어 검수: 대기 / 실제 적용 전 고객 상황 확인 필요</w:t>
      </w:r>
    </w:p>
    <w:p>
      <w:pPr>
        <w:pStyle w:val="Heading2"/>
      </w:pPr>
      <w:r>
        <w:t>일본어 안내 초안</w:t>
      </w:r>
    </w:p>
    <w:p>
      <w:r>
        <w:rPr>
          <w:rFonts w:ascii="Yu Gothic" w:hAnsi="Yu Gothic" w:eastAsia="Yu Gothic"/>
        </w:rPr>
        <w:t>発送手続きの翌日から、追跡番号で配送状況をご確認いただけます。追跡番号は発送時にSMSでお知らせします。発送当日に情報が表示されないという理由だけで、現在の配送状況や到着時刻を確定することはできません。hangyeol.example の配送状況確認メニューをご利用ください。お問い合わせ窓口の受付時間は平日09:00～18:00です。</w:t>
      </w:r>
    </w:p>
    <w:p>
      <w:pPr>
        <w:pStyle w:val="Heading3"/>
      </w:pPr>
      <w:r>
        <w:t>일본어 짧은 응대 틀</w:t>
      </w:r>
    </w:p>
    <w:p>
      <w:r>
        <w:rPr>
          <w:rFonts w:ascii="Yu Gothic" w:hAnsi="Yu Gothic" w:eastAsia="Yu Gothic"/>
        </w:rPr>
        <w:t>発送手続きの翌日から配送状況をご確認いただけます。お荷物の現在の状況はまだ確認できておりません。確認のうえ、[회신 시점]までにご案内いたします。</w:t>
      </w:r>
    </w:p>
    <w:p>
      <w:r>
        <w:t>정책 승인: 대기 / 언어 검수: 대기 / 실제 적용 전 고객 상황 확인 필요</w:t>
      </w:r>
    </w:p>
    <w:p>
      <w:r>
        <w:br w:type="page"/>
      </w:r>
    </w:p>
    <w:p>
      <w:pPr>
        <w:pStyle w:val="Heading1"/>
      </w:pPr>
      <w:r>
        <w:t>N02 파손 접수</w:t>
      </w:r>
    </w:p>
    <w:p>
      <w:pPr>
        <w:pStyle w:val="Heading2"/>
      </w:pPr>
      <w:r>
        <w:t>검토할 한국어 기준문</w:t>
      </w:r>
    </w:p>
    <w:p>
      <w:r>
        <w:t>상품을 받은 날로부터 7일 이내에 파손 부위 사진을 첨부해 접수해 주세요. 접수 후 3영업일 이내에 보상 여부를 안내합니다. 사진을 첨부하지 않으면 접수가 어려울 수 있습니다. 보상이 확정될 때까지 포장재를 보관해 주세요.</w:t>
      </w:r>
    </w:p>
    <w:p>
      <w:r>
        <w:t>조건: 수령 후 7일 이내 / 사진 첨부 / 접수 후 3영업일 이내 보상 여부 / 포장재 보관</w:t>
      </w:r>
    </w:p>
    <w:p>
      <w:r>
        <w:t>출처: 한국어안내문_원문5개_가상.docx / 해당 번호 / 2026년 3월 개정 반영본</w:t>
      </w:r>
    </w:p>
    <w:p>
      <w:pPr>
        <w:pStyle w:val="Heading2"/>
      </w:pPr>
      <w:r>
        <w:t>영어 안내 초안</w:t>
      </w:r>
    </w:p>
    <w:p>
      <w:r>
        <w:rPr>
          <w:rFonts w:ascii="Arial" w:hAnsi="Arial" w:eastAsia="Arial"/>
        </w:rPr>
        <w:t>Please submit a damage report with photos of the damaged area within 7 days of receiving the item. We will inform you whether compensation is available within 3 business days after the report is submitted. Without photos, we may be unable to accept the report. Please keep the packaging until compensation has been confirmed.</w:t>
      </w:r>
    </w:p>
    <w:p>
      <w:pPr>
        <w:pStyle w:val="Heading3"/>
      </w:pPr>
      <w:r>
        <w:t>영어 짧은 응대 틀</w:t>
      </w:r>
    </w:p>
    <w:p>
      <w:r>
        <w:rPr>
          <w:rFonts w:ascii="Arial" w:hAnsi="Arial" w:eastAsia="Arial"/>
        </w:rPr>
        <w:t>Please submit photos of the damaged area within 7 days of receiving the item. We will inform you whether compensation is available within 3 business days after submission. Compensation has not yet been confirmed.</w:t>
      </w:r>
    </w:p>
    <w:p>
      <w:r>
        <w:t>정책 승인: 대기 / 언어 검수: 대기 / 실제 적용 전 고객 상황 확인 필요</w:t>
      </w:r>
    </w:p>
    <w:p>
      <w:pPr>
        <w:pStyle w:val="Heading2"/>
      </w:pPr>
      <w:r>
        <w:t>중국어(간체) 안내 초안</w:t>
      </w:r>
    </w:p>
    <w:p>
      <w:r>
        <w:rPr>
          <w:rFonts w:ascii="Microsoft YaHei" w:hAnsi="Microsoft YaHei" w:eastAsia="Microsoft YaHei"/>
        </w:rPr>
        <w:t>请在收到商品之日起7日内，附上破损部位的照片提交报损申请。我们将在申请提交后3个工作日内告知是否可以获得赔偿。未附照片时，申请可能无法受理。请保留包装材料，直至赔偿事宜确认。</w:t>
      </w:r>
    </w:p>
    <w:p>
      <w:pPr>
        <w:pStyle w:val="Heading3"/>
      </w:pPr>
      <w:r>
        <w:t>중국어(간체) 짧은 응대 틀</w:t>
      </w:r>
    </w:p>
    <w:p>
      <w:r>
        <w:rPr>
          <w:rFonts w:ascii="Microsoft YaHei" w:hAnsi="Microsoft YaHei" w:eastAsia="Microsoft YaHei"/>
        </w:rPr>
        <w:t>请在收到商品之日起7日内附上破损部位照片提交申请。提交后3个工作日内，我们会告知是否可以获得赔偿。目前尚未确认赔偿。</w:t>
      </w:r>
    </w:p>
    <w:p>
      <w:r>
        <w:t>정책 승인: 대기 / 언어 검수: 대기 / 실제 적용 전 고객 상황 확인 필요</w:t>
      </w:r>
    </w:p>
    <w:p>
      <w:pPr>
        <w:pStyle w:val="Heading2"/>
      </w:pPr>
      <w:r>
        <w:t>일본어 안내 초안</w:t>
      </w:r>
    </w:p>
    <w:p>
      <w:r>
        <w:rPr>
          <w:rFonts w:ascii="Yu Gothic" w:hAnsi="Yu Gothic" w:eastAsia="Yu Gothic"/>
        </w:rPr>
        <w:t>商品を受け取った日から7日以内に、破損箇所の写真を添えてお申し出ください。受付後3営業日以内に、補償の可否をご案内いたします。写真がない場合は、受け付けられないことがあります。補償が確定するまで梱包材を保管してください。</w:t>
      </w:r>
    </w:p>
    <w:p>
      <w:pPr>
        <w:pStyle w:val="Heading3"/>
      </w:pPr>
      <w:r>
        <w:t>일본어 짧은 응대 틀</w:t>
      </w:r>
    </w:p>
    <w:p>
      <w:r>
        <w:rPr>
          <w:rFonts w:ascii="Yu Gothic" w:hAnsi="Yu Gothic" w:eastAsia="Yu Gothic"/>
        </w:rPr>
        <w:t>商品を受け取った日から7日以内に、破損箇所の写真を添えてお申し出ください。受付後3営業日以内に補償の可否をご案内いたします。現時点では補償は確定しておりません。</w:t>
      </w:r>
    </w:p>
    <w:p>
      <w:r>
        <w:t>정책 승인: 대기 / 언어 검수: 대기 / 실제 적용 전 고객 상황 확인 필요</w:t>
      </w:r>
    </w:p>
    <w:p>
      <w:r>
        <w:br w:type="page"/>
      </w:r>
    </w:p>
    <w:p>
      <w:pPr>
        <w:pStyle w:val="Heading1"/>
      </w:pPr>
      <w:r>
        <w:t>N03 주소 변경</w:t>
      </w:r>
    </w:p>
    <w:p>
      <w:pPr>
        <w:pStyle w:val="Heading2"/>
      </w:pPr>
      <w:r>
        <w:t>검토할 한국어 기준문</w:t>
      </w:r>
    </w:p>
    <w:p>
      <w:r>
        <w:t>배송지 변경은 출고 전에만 가능하며, 출고 후에는 변경할 수 없습니다. 변경을 원하시면 운송장 번호와 변경할 주소를 고객센터에 알려 주세요. 출고 여부는 배송조회에서 확인할 수 있습니다.</w:t>
      </w:r>
    </w:p>
    <w:p>
      <w:r>
        <w:t>조건: 출고 전에만 가능 / 출고 후 불가 / 운송장 번호·변경 주소 / 출고 여부 확인</w:t>
      </w:r>
    </w:p>
    <w:p>
      <w:r>
        <w:t>출처: 한국어안내문_원문5개_가상.docx / 해당 번호 / 2026년 3월 개정 반영본</w:t>
      </w:r>
    </w:p>
    <w:p>
      <w:pPr>
        <w:pStyle w:val="Heading2"/>
      </w:pPr>
      <w:r>
        <w:t>영어 안내 초안</w:t>
      </w:r>
    </w:p>
    <w:p>
      <w:r>
        <w:rPr>
          <w:rFonts w:ascii="Arial" w:hAnsi="Arial" w:eastAsia="Arial"/>
        </w:rPr>
        <w:t>You can change the delivery address only before dispatch. The address cannot be changed after dispatch. To request a change, please provide customer service with the tracking number and the new address. You can check whether your parcel has been dispatched using the tracking menu.</w:t>
      </w:r>
    </w:p>
    <w:p>
      <w:pPr>
        <w:pStyle w:val="Heading3"/>
      </w:pPr>
      <w:r>
        <w:t>영어 짧은 응대 틀</w:t>
      </w:r>
    </w:p>
    <w:p>
      <w:r>
        <w:rPr>
          <w:rFonts w:ascii="Arial" w:hAnsi="Arial" w:eastAsia="Arial"/>
        </w:rPr>
        <w:t>An address change is possible only before dispatch. We have not yet checked whether your parcel has been dispatched. We will confirm whether a change is possible by [회신 시점].</w:t>
      </w:r>
    </w:p>
    <w:p>
      <w:r>
        <w:t>정책 승인: 대기 / 언어 검수: 대기 / 실제 적용 전 고객 상황 확인 필요</w:t>
      </w:r>
    </w:p>
    <w:p>
      <w:pPr>
        <w:pStyle w:val="Heading2"/>
      </w:pPr>
      <w:r>
        <w:t>중국어(간체) 안내 초안</w:t>
      </w:r>
    </w:p>
    <w:p>
      <w:r>
        <w:rPr>
          <w:rFonts w:ascii="Microsoft YaHei" w:hAnsi="Microsoft YaHei" w:eastAsia="Microsoft YaHei"/>
        </w:rPr>
        <w:t>仅可在包裹发出前更改收货地址，包裹发出后无法更改。如需更改，请向客服提供运单号及新的收货地址。您可通过物流查询栏目确认包裹是否已发出。</w:t>
      </w:r>
    </w:p>
    <w:p>
      <w:pPr>
        <w:pStyle w:val="Heading3"/>
      </w:pPr>
      <w:r>
        <w:t>중국어(간체) 짧은 응대 틀</w:t>
      </w:r>
    </w:p>
    <w:p>
      <w:r>
        <w:rPr>
          <w:rFonts w:ascii="Microsoft YaHei" w:hAnsi="Microsoft YaHei" w:eastAsia="Microsoft YaHei"/>
        </w:rPr>
        <w:t>仅可在包裹发出前更改地址。我们尚未核实您的包裹是否已发出。将在[회신 시점]前确认能否更改并向您反馈。</w:t>
      </w:r>
    </w:p>
    <w:p>
      <w:r>
        <w:t>정책 승인: 대기 / 언어 검수: 대기 / 실제 적용 전 고객 상황 확인 필요</w:t>
      </w:r>
    </w:p>
    <w:p>
      <w:pPr>
        <w:pStyle w:val="Heading2"/>
      </w:pPr>
      <w:r>
        <w:t>일본어 안내 초안</w:t>
      </w:r>
    </w:p>
    <w:p>
      <w:r>
        <w:rPr>
          <w:rFonts w:ascii="Yu Gothic" w:hAnsi="Yu Gothic" w:eastAsia="Yu Gothic"/>
        </w:rPr>
        <w:t>お届け先の変更は発送前に限り可能です。発送後は変更できません。変更をご希望の場合は、追跡番号と変更後の住所をお問い合わせ窓口にお知らせください。発送済みかどうかは、配送状況確認メニューでご確認いただけます。</w:t>
      </w:r>
    </w:p>
    <w:p>
      <w:pPr>
        <w:pStyle w:val="Heading3"/>
      </w:pPr>
      <w:r>
        <w:t>일본어 짧은 응대 틀</w:t>
      </w:r>
    </w:p>
    <w:p>
      <w:r>
        <w:rPr>
          <w:rFonts w:ascii="Yu Gothic" w:hAnsi="Yu Gothic" w:eastAsia="Yu Gothic"/>
        </w:rPr>
        <w:t>お届け先の変更は発送前に限り可能です。発送済みかどうかはまだ確認できておりません。[회신 시점]までに変更の可否を確認し、ご案内いたします。</w:t>
      </w:r>
    </w:p>
    <w:p>
      <w:r>
        <w:t>정책 승인: 대기 / 언어 검수: 대기 / 실제 적용 전 고객 상황 확인 필요</w:t>
      </w:r>
    </w:p>
    <w:p>
      <w:r>
        <w:br w:type="page"/>
      </w:r>
    </w:p>
    <w:p>
      <w:pPr>
        <w:pStyle w:val="Heading1"/>
      </w:pPr>
      <w:r>
        <w:t>N04 늦은 배송 환불</w:t>
      </w:r>
    </w:p>
    <w:p>
      <w:pPr>
        <w:pStyle w:val="Heading2"/>
      </w:pPr>
      <w:r>
        <w:t>검토할 한국어 기준문</w:t>
      </w:r>
    </w:p>
    <w:p>
      <w:r>
        <w:t>배송 예정일보다 2일을 초과하여 지연된 경우 배송비를 환불합니다. 환불은 신청일로부터 5영업일 이내에 결제 수단으로 처리합니다. 천재지변 등 불가항력의 경우는 제외됩니다.</w:t>
      </w:r>
    </w:p>
    <w:p>
      <w:r>
        <w:t>조건: 2일 초과 / 배송비만 / 신청 후 5영업일 이내 / 원 결제수단 / 불가항력 제외</w:t>
      </w:r>
    </w:p>
    <w:p>
      <w:r>
        <w:t>출처: 한국어안내문_원문5개_가상.docx / 해당 번호 / 2026년 3월 개정 반영본</w:t>
      </w:r>
    </w:p>
    <w:p>
      <w:pPr>
        <w:pStyle w:val="Heading2"/>
      </w:pPr>
      <w:r>
        <w:t>영어 안내 초안</w:t>
      </w:r>
    </w:p>
    <w:p>
      <w:r>
        <w:rPr>
          <w:rFonts w:ascii="Arial" w:hAnsi="Arial" w:eastAsia="Arial"/>
        </w:rPr>
        <w:t>The shipping fee is refunded if delivery is delayed by more than 2 days beyond the scheduled delivery date. The refund is processed to the original payment method within 5 business days of the request. Delays due to force majeure, such as natural disasters, are excluded.</w:t>
      </w:r>
    </w:p>
    <w:p>
      <w:pPr>
        <w:pStyle w:val="Heading3"/>
      </w:pPr>
      <w:r>
        <w:t>영어 짧은 응대 틀</w:t>
      </w:r>
    </w:p>
    <w:p>
      <w:r>
        <w:rPr>
          <w:rFonts w:ascii="Arial" w:hAnsi="Arial" w:eastAsia="Arial"/>
        </w:rPr>
        <w:t>A shipping-fee refund applies to delays of more than 2 days, excluding force majeure. We have not yet confirmed whether your case qualifies. We will update you by [회신 시점] after checking.</w:t>
      </w:r>
    </w:p>
    <w:p>
      <w:r>
        <w:t>정책 승인: 대기 / 언어 검수: 대기 / 실제 적용 전 고객 상황 확인 필요</w:t>
      </w:r>
    </w:p>
    <w:p>
      <w:pPr>
        <w:pStyle w:val="Heading2"/>
      </w:pPr>
      <w:r>
        <w:t>중국어(간체) 안내 초안</w:t>
      </w:r>
    </w:p>
    <w:p>
      <w:r>
        <w:rPr>
          <w:rFonts w:ascii="Microsoft YaHei" w:hAnsi="Microsoft YaHei" w:eastAsia="Microsoft YaHei"/>
        </w:rPr>
        <w:t>如较预计送达日期延误超过2日，将退还运费。退款将在申请之日起5个工作日内按原支付方式处理。因自然灾害等不可抗力导致的延误除外。</w:t>
      </w:r>
    </w:p>
    <w:p>
      <w:pPr>
        <w:pStyle w:val="Heading3"/>
      </w:pPr>
      <w:r>
        <w:t>중국어(간체) 짧은 응대 틀</w:t>
      </w:r>
    </w:p>
    <w:p>
      <w:r>
        <w:rPr>
          <w:rFonts w:ascii="Microsoft YaHei" w:hAnsi="Microsoft YaHei" w:eastAsia="Microsoft YaHei"/>
        </w:rPr>
        <w:t>延误超过2日时可退还运费，不可抗力导致的延误除外。我们尚未确认您的情况是否符合条件。核实后将于[회신 시점]前向您反馈。</w:t>
      </w:r>
    </w:p>
    <w:p>
      <w:r>
        <w:t>정책 승인: 대기 / 언어 검수: 대기 / 실제 적용 전 고객 상황 확인 필요</w:t>
      </w:r>
    </w:p>
    <w:p>
      <w:pPr>
        <w:pStyle w:val="Heading2"/>
      </w:pPr>
      <w:r>
        <w:t>일본어 안내 초안</w:t>
      </w:r>
    </w:p>
    <w:p>
      <w:r>
        <w:rPr>
          <w:rFonts w:ascii="Yu Gothic" w:hAnsi="Yu Gothic" w:eastAsia="Yu Gothic"/>
        </w:rPr>
        <w:t>配送予定日より2日を超えて遅延した場合は、送料を返金いたします。返金は申請日から5営業日以内に、ご利用のお支払い方法にて処理いたします。天災などの不可抗力による遅延は対象外です。</w:t>
      </w:r>
    </w:p>
    <w:p>
      <w:pPr>
        <w:pStyle w:val="Heading3"/>
      </w:pPr>
      <w:r>
        <w:t>일본어 짧은 응대 틀</w:t>
      </w:r>
    </w:p>
    <w:p>
      <w:r>
        <w:rPr>
          <w:rFonts w:ascii="Yu Gothic" w:hAnsi="Yu Gothic" w:eastAsia="Yu Gothic"/>
        </w:rPr>
        <w:t>2日を超える遅延は送料返金の対象ですが、不可抗力による遅延は対象外です。今回の状況が対象となるかはまだ確認できておりません。確認のうえ、[회신 시점]までにご案内いたします。</w:t>
      </w:r>
    </w:p>
    <w:p>
      <w:r>
        <w:t>정책 승인: 대기 / 언어 검수: 대기 / 실제 적용 전 고객 상황 확인 필요</w:t>
      </w:r>
    </w:p>
    <w:p>
      <w:r>
        <w:br w:type="page"/>
      </w:r>
    </w:p>
    <w:p>
      <w:pPr>
        <w:pStyle w:val="Heading1"/>
      </w:pPr>
      <w:r>
        <w:t>N05 반품 수거</w:t>
      </w:r>
    </w:p>
    <w:p>
      <w:pPr>
        <w:pStyle w:val="Heading2"/>
      </w:pPr>
      <w:r>
        <w:t>검토할 한국어 기준문</w:t>
      </w:r>
    </w:p>
    <w:p>
      <w:r>
        <w:t>반품 접수 후 1~2영업일 이내에 기사가 방문해 수거합니다. 수거 예정일은 접수 다음 날 문자로 안내합니다. 부재 시 문 앞에 두시면 수거할 수 있습니다. 상품은 받으신 상태 그대로 포장해 주세요.</w:t>
      </w:r>
    </w:p>
    <w:p>
      <w:r>
        <w:t>조건: 접수 후 1~2영업일 / 접수 다음 날 문자 / 부재 시 문 앞 / 원상태 포장</w:t>
      </w:r>
    </w:p>
    <w:p>
      <w:r>
        <w:t>출처: 한국어안내문_원문5개_가상.docx / 해당 번호 / 2026년 3월 개정 반영본</w:t>
      </w:r>
    </w:p>
    <w:p>
      <w:pPr>
        <w:pStyle w:val="Heading2"/>
      </w:pPr>
      <w:r>
        <w:t>영어 안내 초안</w:t>
      </w:r>
    </w:p>
    <w:p>
      <w:r>
        <w:rPr>
          <w:rFonts w:ascii="Arial" w:hAnsi="Arial" w:eastAsia="Arial"/>
        </w:rPr>
        <w:t>A driver will collect the item within 1–2 business days after your return request is registered. We will send the scheduled collection date by text message the day after registration. If you are away, you may leave the parcel outside your door for collection. Please pack the item as it was when you received it.</w:t>
      </w:r>
    </w:p>
    <w:p>
      <w:pPr>
        <w:pStyle w:val="Heading3"/>
      </w:pPr>
      <w:r>
        <w:t>영어 짧은 응대 틀</w:t>
      </w:r>
    </w:p>
    <w:p>
      <w:r>
        <w:rPr>
          <w:rFonts w:ascii="Arial" w:hAnsi="Arial" w:eastAsia="Arial"/>
        </w:rPr>
        <w:t>Collection takes place within 1–2 business days after registration. We send the scheduled date by text message the next day. The collection date for your request is not yet confirmed.</w:t>
      </w:r>
    </w:p>
    <w:p>
      <w:r>
        <w:t>정책 승인: 대기 / 언어 검수: 대기 / 실제 적용 전 고객 상황 확인 필요</w:t>
      </w:r>
    </w:p>
    <w:p>
      <w:pPr>
        <w:pStyle w:val="Heading2"/>
      </w:pPr>
      <w:r>
        <w:t>중국어(간체) 안내 초안</w:t>
      </w:r>
    </w:p>
    <w:p>
      <w:r>
        <w:rPr>
          <w:rFonts w:ascii="Microsoft YaHei" w:hAnsi="Microsoft YaHei" w:eastAsia="Microsoft YaHei"/>
        </w:rPr>
        <w:t>退货申请受理后，快递员将在1至2个工作日内上门取件。我们会在受理次日通过短信告知预计取件日期。如您不在家，可将包裹放在门口以便取件。请将商品按收到时的原样包装。</w:t>
      </w:r>
    </w:p>
    <w:p>
      <w:pPr>
        <w:pStyle w:val="Heading3"/>
      </w:pPr>
      <w:r>
        <w:t>중국어(간체) 짧은 응대 틀</w:t>
      </w:r>
    </w:p>
    <w:p>
      <w:r>
        <w:rPr>
          <w:rFonts w:ascii="Microsoft YaHei" w:hAnsi="Microsoft YaHei" w:eastAsia="Microsoft YaHei"/>
        </w:rPr>
        <w:t>受理后1至2个工作日内上门取件，预计取件日期将在受理次日通过短信通知。您此次申请的具体取件日期尚未确认。</w:t>
      </w:r>
    </w:p>
    <w:p>
      <w:r>
        <w:t>정책 승인: 대기 / 언어 검수: 대기 / 실제 적용 전 고객 상황 확인 필요</w:t>
      </w:r>
    </w:p>
    <w:p>
      <w:pPr>
        <w:pStyle w:val="Heading2"/>
      </w:pPr>
      <w:r>
        <w:t>일본어 안내 초안</w:t>
      </w:r>
    </w:p>
    <w:p>
      <w:r>
        <w:rPr>
          <w:rFonts w:ascii="Yu Gothic" w:hAnsi="Yu Gothic" w:eastAsia="Yu Gothic"/>
        </w:rPr>
        <w:t>返品受付後、1～2営業日以内に担当者が集荷に伺います。集荷予定日は受付翌日にSMSでお知らせします。ご不在の場合は、玄関先に置いていただくことで集荷が可能です。商品はお受け取り時と同じ状態に梱包してください。</w:t>
      </w:r>
    </w:p>
    <w:p>
      <w:pPr>
        <w:pStyle w:val="Heading3"/>
      </w:pPr>
      <w:r>
        <w:t>일본어 짧은 응대 틀</w:t>
      </w:r>
    </w:p>
    <w:p>
      <w:r>
        <w:rPr>
          <w:rFonts w:ascii="Yu Gothic" w:hAnsi="Yu Gothic" w:eastAsia="Yu Gothic"/>
        </w:rPr>
        <w:t>受付後1～2営業日以内に集荷に伺います。集荷予定日は受付翌日にSMSでお知らせします。今回の具体的な集荷日はまだ確定しておりません。</w:t>
      </w:r>
    </w:p>
    <w:p>
      <w:r>
        <w:t>정책 승인: 대기 / 언어 검수: 대기 / 실제 적용 전 고객 상황 확인 필요</w:t>
      </w:r>
    </w:p>
    <w:sectPr w:rsidR="00FC693F" w:rsidRPr="0006063C" w:rsidSect="00034616">
      <w:head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교육 영상 시연용 가상 자료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