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완성 예시 · 한결물류 교육 사례집</w:t>
      </w:r>
    </w:p>
    <w:p>
      <w:r>
        <w:t>교육 영상 시연용 가상 자료</w:t>
      </w:r>
    </w:p>
    <w:p>
      <w:pPr>
        <w:pStyle w:val="Heading1"/>
      </w:pPr>
      <w:r>
        <w:t>사용 순서</w:t>
      </w:r>
    </w:p>
    <w:p>
      <w:r>
        <w:t>사례번호로 역할극·평가표를 연결한다. 원문에 없는 사실은 확인 필요로 둔다.</w:t>
      </w:r>
    </w:p>
    <w:p>
      <w:r>
        <w:br w:type="page"/>
      </w:r>
    </w:p>
    <w:p>
      <w:pPr>
        <w:pStyle w:val="Heading1"/>
      </w:pPr>
      <w:r>
        <w:t>C01 · 조회 화면이 멈췄다</w:t>
      </w:r>
    </w:p>
    <w:p>
      <w:pPr>
        <w:pStyle w:val="Heading1"/>
      </w:pPr>
      <w:r>
        <w:t>문의유형</w:t>
      </w:r>
    </w:p>
    <w:p>
      <w:r>
        <w:t>배송조회</w:t>
      </w:r>
    </w:p>
    <w:p>
      <w:pPr>
        <w:pStyle w:val="Heading1"/>
      </w:pPr>
      <w:r>
        <w:t>원문 상황</w:t>
      </w:r>
    </w:p>
    <w:p>
      <w:r>
        <w:t>고객은 오늘 물건 위치를 알고 싶다. 조회 화면에는 어제 저녁 허브 도착만 남아 있다.</w:t>
      </w:r>
    </w:p>
    <w:p>
      <w:pPr>
        <w:pStyle w:val="Heading1"/>
      </w:pPr>
      <w:r>
        <w:t>배울 행동</w:t>
      </w:r>
    </w:p>
    <w:p>
      <w:r>
        <w:t>마지막 확인 사실과 현재 추정을 구분하고, 센터 확인 뒤 다시 알릴 때를 약속한다.</w:t>
      </w:r>
    </w:p>
    <w:p>
      <w:pPr>
        <w:pStyle w:val="Heading1"/>
      </w:pPr>
      <w:r>
        <w:t>추가 질문</w:t>
      </w:r>
    </w:p>
    <w:p>
      <w:r>
        <w:t>물건이 움직이지 않는 건 확실해요?</w:t>
      </w:r>
    </w:p>
    <w:p>
      <w:pPr>
        <w:pStyle w:val="Heading1"/>
      </w:pPr>
      <w:r>
        <w:t>멈춰야 할 약속</w:t>
      </w:r>
    </w:p>
    <w:p>
      <w:r>
        <w:t>분실이나 도착 시간을 단정하지 않는다.</w:t>
      </w:r>
    </w:p>
    <w:p>
      <w:pPr>
        <w:pStyle w:val="Heading1"/>
      </w:pPr>
      <w:r>
        <w:t>근거</w:t>
      </w:r>
    </w:p>
    <w:p>
      <w:r>
        <w:t>상담사례10건 C01 / 운영기준 T01</w:t>
      </w:r>
    </w:p>
    <w:p>
      <w:pPr>
        <w:pStyle w:val="Heading1"/>
      </w:pPr>
      <w:r>
        <w:t>관찰할 것</w:t>
      </w:r>
    </w:p>
    <w:p>
      <w:r>
        <w:t>사실·추정·확인할 사항을 구분했는지 실제 발언으로 확인한다.</w:t>
      </w:r>
    </w:p>
    <w:p>
      <w:r>
        <w:br w:type="page"/>
      </w:r>
    </w:p>
    <w:p>
      <w:pPr>
        <w:pStyle w:val="Heading1"/>
      </w:pPr>
      <w:r>
        <w:t>C02 · 거래처가 도착 시간을 재촉한다</w:t>
      </w:r>
    </w:p>
    <w:p>
      <w:pPr>
        <w:pStyle w:val="Heading1"/>
      </w:pPr>
      <w:r>
        <w:t>문의유형</w:t>
      </w:r>
    </w:p>
    <w:p>
      <w:r>
        <w:t>배송조회</w:t>
      </w:r>
    </w:p>
    <w:p>
      <w:pPr>
        <w:pStyle w:val="Heading1"/>
      </w:pPr>
      <w:r>
        <w:t>원문 상황</w:t>
      </w:r>
    </w:p>
    <w:p>
      <w:r>
        <w:t>거래처에 전달할 물건이라 고객이 정확한 도착 시각을 요구한다. 기사 확인은 아직 안 됐다.</w:t>
      </w:r>
    </w:p>
    <w:p>
      <w:pPr>
        <w:pStyle w:val="Heading1"/>
      </w:pPr>
      <w:r>
        <w:t>배울 행동</w:t>
      </w:r>
    </w:p>
    <w:p>
      <w:r>
        <w:t>확인되지 않은 시각을 약속하지 않고, 확인 방법과 회신 시점을 합의한다.</w:t>
      </w:r>
    </w:p>
    <w:p>
      <w:pPr>
        <w:pStyle w:val="Heading1"/>
      </w:pPr>
      <w:r>
        <w:t>추가 질문</w:t>
      </w:r>
    </w:p>
    <w:p>
      <w:r>
        <w:t>오늘 세 시 전이라고 적어 주면 안 돼요?</w:t>
      </w:r>
    </w:p>
    <w:p>
      <w:pPr>
        <w:pStyle w:val="Heading1"/>
      </w:pPr>
      <w:r>
        <w:t>멈춰야 할 약속</w:t>
      </w:r>
    </w:p>
    <w:p>
      <w:r>
        <w:t>도착 보장과 확인 연락을 구분한다.</w:t>
      </w:r>
    </w:p>
    <w:p>
      <w:pPr>
        <w:pStyle w:val="Heading1"/>
      </w:pPr>
      <w:r>
        <w:t>근거</w:t>
      </w:r>
    </w:p>
    <w:p>
      <w:r>
        <w:t>상담사례10건 C02 / 운영기준 T01</w:t>
      </w:r>
    </w:p>
    <w:p>
      <w:pPr>
        <w:pStyle w:val="Heading1"/>
      </w:pPr>
      <w:r>
        <w:t>관찰할 것</w:t>
      </w:r>
    </w:p>
    <w:p>
      <w:r>
        <w:t>사실·추정·확인할 사항을 구분했는지 실제 발언으로 확인한다.</w:t>
      </w:r>
    </w:p>
    <w:p>
      <w:r>
        <w:br w:type="page"/>
      </w:r>
    </w:p>
    <w:p>
      <w:pPr>
        <w:pStyle w:val="Heading1"/>
      </w:pPr>
      <w:r>
        <w:t>C03 · 수취인이 받지 않았다고 한다</w:t>
      </w:r>
    </w:p>
    <w:p>
      <w:pPr>
        <w:pStyle w:val="Heading1"/>
      </w:pPr>
      <w:r>
        <w:t>문의유형</w:t>
      </w:r>
    </w:p>
    <w:p>
      <w:r>
        <w:t>배송조회</w:t>
      </w:r>
    </w:p>
    <w:p>
      <w:pPr>
        <w:pStyle w:val="Heading1"/>
      </w:pPr>
      <w:r>
        <w:t>원문 상황</w:t>
      </w:r>
    </w:p>
    <w:p>
      <w:r>
        <w:t>조회에는 배송 완료이지만 고객은 수취하지 못했다고 한다. 사진과 인계 위치를 아직 받지 못했다.</w:t>
      </w:r>
    </w:p>
    <w:p>
      <w:pPr>
        <w:pStyle w:val="Heading1"/>
      </w:pPr>
      <w:r>
        <w:t>배울 행동</w:t>
      </w:r>
    </w:p>
    <w:p>
      <w:r>
        <w:t>인계 기록 확인에 필요한 최소 정보만 확인하고, 배송 완료 표시를 수취 확인으로 단정하지 않는다.</w:t>
      </w:r>
    </w:p>
    <w:p>
      <w:pPr>
        <w:pStyle w:val="Heading1"/>
      </w:pPr>
      <w:r>
        <w:t>추가 질문</w:t>
      </w:r>
    </w:p>
    <w:p>
      <w:r>
        <w:t>조회에 완료라는데 저는 못 받았어요.</w:t>
      </w:r>
    </w:p>
    <w:p>
      <w:pPr>
        <w:pStyle w:val="Heading1"/>
      </w:pPr>
      <w:r>
        <w:t>멈춰야 할 약속</w:t>
      </w:r>
    </w:p>
    <w:p>
      <w:r>
        <w:t>다른 수취인의 정보는 공개하지 않는다.</w:t>
      </w:r>
    </w:p>
    <w:p>
      <w:pPr>
        <w:pStyle w:val="Heading1"/>
      </w:pPr>
      <w:r>
        <w:t>근거</w:t>
      </w:r>
    </w:p>
    <w:p>
      <w:r>
        <w:t>상담사례10건 C03 / 운영기준 T01</w:t>
      </w:r>
    </w:p>
    <w:p>
      <w:pPr>
        <w:pStyle w:val="Heading1"/>
      </w:pPr>
      <w:r>
        <w:t>관찰할 것</w:t>
      </w:r>
    </w:p>
    <w:p>
      <w:r>
        <w:t>사실·추정·확인할 사항을 구분했는지 실제 발언으로 확인한다.</w:t>
      </w:r>
    </w:p>
    <w:p>
      <w:r>
        <w:br w:type="page"/>
      </w:r>
    </w:p>
    <w:p>
      <w:pPr>
        <w:pStyle w:val="Heading1"/>
      </w:pPr>
      <w:r>
        <w:t>C04 · 출발 전 수취 장소를 바꾼다</w:t>
      </w:r>
    </w:p>
    <w:p>
      <w:pPr>
        <w:pStyle w:val="Heading1"/>
      </w:pPr>
      <w:r>
        <w:t>문의유형</w:t>
      </w:r>
    </w:p>
    <w:p>
      <w:r>
        <w:t>주소변경</w:t>
      </w:r>
    </w:p>
    <w:p>
      <w:pPr>
        <w:pStyle w:val="Heading1"/>
      </w:pPr>
      <w:r>
        <w:t>원문 상황</w:t>
      </w:r>
    </w:p>
    <w:p>
      <w:r>
        <w:t>고객이 사무실 대신 같은 지역의 다른 장소로 바꾸고 싶어 한다. 출발 여부는 확인 전이다.</w:t>
      </w:r>
    </w:p>
    <w:p>
      <w:pPr>
        <w:pStyle w:val="Heading1"/>
      </w:pPr>
      <w:r>
        <w:t>배울 행동</w:t>
      </w:r>
    </w:p>
    <w:p>
      <w:r>
        <w:t>배송 상태를 확인한 뒤 변경 가능 여부를 안내하고 접수와 완료를 구분한다.</w:t>
      </w:r>
    </w:p>
    <w:p>
      <w:pPr>
        <w:pStyle w:val="Heading1"/>
      </w:pPr>
      <w:r>
        <w:t>추가 질문</w:t>
      </w:r>
    </w:p>
    <w:p>
      <w:r>
        <w:t>접수했으면 주소가 바뀐 거죠?</w:t>
      </w:r>
    </w:p>
    <w:p>
      <w:pPr>
        <w:pStyle w:val="Heading1"/>
      </w:pPr>
      <w:r>
        <w:t>멈춰야 할 약속</w:t>
      </w:r>
    </w:p>
    <w:p>
      <w:r>
        <w:t>기록 확인 전 변경 완료라고 말하지 않는다.</w:t>
      </w:r>
    </w:p>
    <w:p>
      <w:pPr>
        <w:pStyle w:val="Heading1"/>
      </w:pPr>
      <w:r>
        <w:t>근거</w:t>
      </w:r>
    </w:p>
    <w:p>
      <w:r>
        <w:t>상담사례10건 C04 / 운영기준 T02</w:t>
      </w:r>
    </w:p>
    <w:p>
      <w:pPr>
        <w:pStyle w:val="Heading1"/>
      </w:pPr>
      <w:r>
        <w:t>관찰할 것</w:t>
      </w:r>
    </w:p>
    <w:p>
      <w:r>
        <w:t>사실·추정·확인할 사항을 구분했는지 실제 발언으로 확인한다.</w:t>
      </w:r>
    </w:p>
    <w:p>
      <w:r>
        <w:br w:type="page"/>
      </w:r>
    </w:p>
    <w:p>
      <w:pPr>
        <w:pStyle w:val="Heading1"/>
      </w:pPr>
      <w:r>
        <w:t>C05 · 출발 뒤 다른 지역으로 바꾼다</w:t>
      </w:r>
    </w:p>
    <w:p>
      <w:pPr>
        <w:pStyle w:val="Heading1"/>
      </w:pPr>
      <w:r>
        <w:t>문의유형</w:t>
      </w:r>
    </w:p>
    <w:p>
      <w:r>
        <w:t>주소변경</w:t>
      </w:r>
    </w:p>
    <w:p>
      <w:pPr>
        <w:pStyle w:val="Heading1"/>
      </w:pPr>
      <w:r>
        <w:t>원문 상황</w:t>
      </w:r>
    </w:p>
    <w:p>
      <w:r>
        <w:t>배송 출발 표시가 있고 고객은 다른 지역 수취를 요청한다. 추가 운임과 가능 여부는 미확인이다.</w:t>
      </w:r>
    </w:p>
    <w:p>
      <w:pPr>
        <w:pStyle w:val="Heading1"/>
      </w:pPr>
      <w:r>
        <w:t>배울 행동</w:t>
      </w:r>
    </w:p>
    <w:p>
      <w:r>
        <w:t>고객 요구를 확인하고 담당 부서에 연결하며 추가 운임은 확인 뒤 안내한다.</w:t>
      </w:r>
    </w:p>
    <w:p>
      <w:pPr>
        <w:pStyle w:val="Heading1"/>
      </w:pPr>
      <w:r>
        <w:t>추가 질문</w:t>
      </w:r>
    </w:p>
    <w:p>
      <w:r>
        <w:t>얼마 더 내면 바로 되나요?</w:t>
      </w:r>
    </w:p>
    <w:p>
      <w:pPr>
        <w:pStyle w:val="Heading1"/>
      </w:pPr>
      <w:r>
        <w:t>멈춰야 할 약속</w:t>
      </w:r>
    </w:p>
    <w:p>
      <w:r>
        <w:t>추가 금액이나 변경 가능성을 지어내지 않는다.</w:t>
      </w:r>
    </w:p>
    <w:p>
      <w:pPr>
        <w:pStyle w:val="Heading1"/>
      </w:pPr>
      <w:r>
        <w:t>근거</w:t>
      </w:r>
    </w:p>
    <w:p>
      <w:r>
        <w:t>상담사례10건 C05 / 운영기준 T02</w:t>
      </w:r>
    </w:p>
    <w:p>
      <w:pPr>
        <w:pStyle w:val="Heading1"/>
      </w:pPr>
      <w:r>
        <w:t>관찰할 것</w:t>
      </w:r>
    </w:p>
    <w:p>
      <w:r>
        <w:t>사실·추정·확인할 사항을 구분했는지 실제 발언으로 확인한다.</w:t>
      </w:r>
    </w:p>
    <w:p>
      <w:r>
        <w:br w:type="page"/>
      </w:r>
    </w:p>
    <w:p>
      <w:pPr>
        <w:pStyle w:val="Heading1"/>
      </w:pPr>
      <w:r>
        <w:t>C06 · 방문 날짜를 다시 정한다</w:t>
      </w:r>
    </w:p>
    <w:p>
      <w:pPr>
        <w:pStyle w:val="Heading1"/>
      </w:pPr>
      <w:r>
        <w:t>문의유형</w:t>
      </w:r>
    </w:p>
    <w:p>
      <w:r>
        <w:t>회수예약</w:t>
      </w:r>
    </w:p>
    <w:p>
      <w:pPr>
        <w:pStyle w:val="Heading1"/>
      </w:pPr>
      <w:r>
        <w:t>원문 상황</w:t>
      </w:r>
    </w:p>
    <w:p>
      <w:r>
        <w:t>회수 예약일에 고객이 자리를 비우게 됐다. 원하는 다음 날짜의 방문 여유는 확인 전이다.</w:t>
      </w:r>
    </w:p>
    <w:p>
      <w:pPr>
        <w:pStyle w:val="Heading1"/>
      </w:pPr>
      <w:r>
        <w:t>배울 행동</w:t>
      </w:r>
    </w:p>
    <w:p>
      <w:r>
        <w:t>희망일과 실제 확정일을 분리해서 기록하고 확인 뒤 안내한다.</w:t>
      </w:r>
    </w:p>
    <w:p>
      <w:pPr>
        <w:pStyle w:val="Heading1"/>
      </w:pPr>
      <w:r>
        <w:t>추가 질문</w:t>
      </w:r>
    </w:p>
    <w:p>
      <w:r>
        <w:t>내일 오전으로 확정해 주세요.</w:t>
      </w:r>
    </w:p>
    <w:p>
      <w:pPr>
        <w:pStyle w:val="Heading1"/>
      </w:pPr>
      <w:r>
        <w:t>멈춰야 할 약속</w:t>
      </w:r>
    </w:p>
    <w:p>
      <w:r>
        <w:t>확인 전 방문을 확정하지 않는다.</w:t>
      </w:r>
    </w:p>
    <w:p>
      <w:pPr>
        <w:pStyle w:val="Heading1"/>
      </w:pPr>
      <w:r>
        <w:t>근거</w:t>
      </w:r>
    </w:p>
    <w:p>
      <w:r>
        <w:t>상담사례10건 C06 / 운영기준 T03</w:t>
      </w:r>
    </w:p>
    <w:p>
      <w:pPr>
        <w:pStyle w:val="Heading1"/>
      </w:pPr>
      <w:r>
        <w:t>관찰할 것</w:t>
      </w:r>
    </w:p>
    <w:p>
      <w:r>
        <w:t>사실·추정·확인할 사항을 구분했는지 실제 발언으로 확인한다.</w:t>
      </w:r>
    </w:p>
    <w:p>
      <w:r>
        <w:br w:type="page"/>
      </w:r>
    </w:p>
    <w:p>
      <w:pPr>
        <w:pStyle w:val="Heading1"/>
      </w:pPr>
      <w:r>
        <w:t>C07 · 상자 수가 예약과 다르다</w:t>
      </w:r>
    </w:p>
    <w:p>
      <w:pPr>
        <w:pStyle w:val="Heading1"/>
      </w:pPr>
      <w:r>
        <w:t>문의유형</w:t>
      </w:r>
    </w:p>
    <w:p>
      <w:r>
        <w:t>회수예약</w:t>
      </w:r>
    </w:p>
    <w:p>
      <w:pPr>
        <w:pStyle w:val="Heading1"/>
      </w:pPr>
      <w:r>
        <w:t>원문 상황</w:t>
      </w:r>
    </w:p>
    <w:p>
      <w:r>
        <w:t>회수 신청에는 한 상자지만 실제로는 두 상자다. 크기와 운임 확인이 필요하다.</w:t>
      </w:r>
    </w:p>
    <w:p>
      <w:pPr>
        <w:pStyle w:val="Heading1"/>
      </w:pPr>
      <w:r>
        <w:t>배울 행동</w:t>
      </w:r>
    </w:p>
    <w:p>
      <w:r>
        <w:t>상자 수와 포장 상태를 확인한 뒤 예약 내용을 정정한다.</w:t>
      </w:r>
    </w:p>
    <w:p>
      <w:pPr>
        <w:pStyle w:val="Heading1"/>
      </w:pPr>
      <w:r>
        <w:t>추가 질문</w:t>
      </w:r>
    </w:p>
    <w:p>
      <w:r>
        <w:t>예약 하나로 두 상자 다 가져가죠?</w:t>
      </w:r>
    </w:p>
    <w:p>
      <w:pPr>
        <w:pStyle w:val="Heading1"/>
      </w:pPr>
      <w:r>
        <w:t>멈춰야 할 약속</w:t>
      </w:r>
    </w:p>
    <w:p>
      <w:r>
        <w:t>예약 정정과 추가 운임 확인을 생략하지 않는다.</w:t>
      </w:r>
    </w:p>
    <w:p>
      <w:pPr>
        <w:pStyle w:val="Heading1"/>
      </w:pPr>
      <w:r>
        <w:t>근거</w:t>
      </w:r>
    </w:p>
    <w:p>
      <w:r>
        <w:t>상담사례10건 C07 / 운영기준 T03</w:t>
      </w:r>
    </w:p>
    <w:p>
      <w:pPr>
        <w:pStyle w:val="Heading1"/>
      </w:pPr>
      <w:r>
        <w:t>관찰할 것</w:t>
      </w:r>
    </w:p>
    <w:p>
      <w:r>
        <w:t>사실·추정·확인할 사항을 구분했는지 실제 발언으로 확인한다.</w:t>
      </w:r>
    </w:p>
    <w:p>
      <w:r>
        <w:br w:type="page"/>
      </w:r>
    </w:p>
    <w:p>
      <w:pPr>
        <w:pStyle w:val="Heading1"/>
      </w:pPr>
      <w:r>
        <w:t>C08 · 진행 상황과 보상을 묻는다</w:t>
      </w:r>
    </w:p>
    <w:p>
      <w:pPr>
        <w:pStyle w:val="Heading1"/>
      </w:pPr>
      <w:r>
        <w:t>문의유형</w:t>
      </w:r>
    </w:p>
    <w:p>
      <w:r>
        <w:t>분실접수</w:t>
      </w:r>
    </w:p>
    <w:p>
      <w:pPr>
        <w:pStyle w:val="Heading1"/>
      </w:pPr>
      <w:r>
        <w:t>원문 상황</w:t>
      </w:r>
    </w:p>
    <w:p>
      <w:r>
        <w:t>분실 의심 접수는 됐지만 조사 결과는 아직 없다. 고객이 상품값 전액 보상을 요구한다.</w:t>
      </w:r>
    </w:p>
    <w:p>
      <w:pPr>
        <w:pStyle w:val="Heading1"/>
      </w:pPr>
      <w:r>
        <w:t>배울 행동</w:t>
      </w:r>
    </w:p>
    <w:p>
      <w:r>
        <w:t>접수 상태와 조사 진행을 설명하고 담당 검토로 넘긴다.</w:t>
      </w:r>
    </w:p>
    <w:p>
      <w:pPr>
        <w:pStyle w:val="Heading1"/>
      </w:pPr>
      <w:r>
        <w:t>추가 질문</w:t>
      </w:r>
    </w:p>
    <w:p>
      <w:r>
        <w:t>그럼 전액 보상받는다고 생각할게요.</w:t>
      </w:r>
    </w:p>
    <w:p>
      <w:pPr>
        <w:pStyle w:val="Heading1"/>
      </w:pPr>
      <w:r>
        <w:t>멈춰야 할 약속</w:t>
      </w:r>
    </w:p>
    <w:p>
      <w:r>
        <w:t>전액 보상을 확약하지 않는다.</w:t>
      </w:r>
    </w:p>
    <w:p>
      <w:pPr>
        <w:pStyle w:val="Heading1"/>
      </w:pPr>
      <w:r>
        <w:t>근거</w:t>
      </w:r>
    </w:p>
    <w:p>
      <w:r>
        <w:t>상담사례10건 C08 / 운영기준 T04</w:t>
      </w:r>
    </w:p>
    <w:p>
      <w:pPr>
        <w:pStyle w:val="Heading1"/>
      </w:pPr>
      <w:r>
        <w:t>관찰할 것</w:t>
      </w:r>
    </w:p>
    <w:p>
      <w:r>
        <w:t>사실·추정·확인할 사항을 구분했는지 실제 발언으로 확인한다.</w:t>
      </w:r>
    </w:p>
    <w:p>
      <w:r>
        <w:br w:type="page"/>
      </w:r>
    </w:p>
    <w:p>
      <w:pPr>
        <w:pStyle w:val="Heading1"/>
      </w:pPr>
      <w:r>
        <w:t>C09 · 견적과 청구 금액이 다르다</w:t>
      </w:r>
    </w:p>
    <w:p>
      <w:pPr>
        <w:pStyle w:val="Heading1"/>
      </w:pPr>
      <w:r>
        <w:t>문의유형</w:t>
      </w:r>
    </w:p>
    <w:p>
      <w:r>
        <w:t>요금이의</w:t>
      </w:r>
    </w:p>
    <w:p>
      <w:pPr>
        <w:pStyle w:val="Heading1"/>
      </w:pPr>
      <w:r>
        <w:t>원문 상황</w:t>
      </w:r>
    </w:p>
    <w:p>
      <w:r>
        <w:t>고객은 최초 안내와 청구가 다르다고 한다. 포장 수량 변경 내역은 아직 대조하지 못했다.</w:t>
      </w:r>
    </w:p>
    <w:p>
      <w:pPr>
        <w:pStyle w:val="Heading1"/>
      </w:pPr>
      <w:r>
        <w:t>배울 행동</w:t>
      </w:r>
    </w:p>
    <w:p>
      <w:r>
        <w:t>안내 금액과 청구 내역을 대조하고 확인할 항목을 분리해 기록한다.</w:t>
      </w:r>
    </w:p>
    <w:p>
      <w:pPr>
        <w:pStyle w:val="Heading1"/>
      </w:pPr>
      <w:r>
        <w:t>추가 질문</w:t>
      </w:r>
    </w:p>
    <w:p>
      <w:r>
        <w:t>제가 낸 차액은 바로 돌려주세요.</w:t>
      </w:r>
    </w:p>
    <w:p>
      <w:pPr>
        <w:pStyle w:val="Heading1"/>
      </w:pPr>
      <w:r>
        <w:t>멈춰야 할 약속</w:t>
      </w:r>
    </w:p>
    <w:p>
      <w:r>
        <w:t>환불 금액을 먼저 약속하지 않는다.</w:t>
      </w:r>
    </w:p>
    <w:p>
      <w:pPr>
        <w:pStyle w:val="Heading1"/>
      </w:pPr>
      <w:r>
        <w:t>근거</w:t>
      </w:r>
    </w:p>
    <w:p>
      <w:r>
        <w:t>상담사례10건 C09 / 운영기준 T05</w:t>
      </w:r>
    </w:p>
    <w:p>
      <w:pPr>
        <w:pStyle w:val="Heading1"/>
      </w:pPr>
      <w:r>
        <w:t>관찰할 것</w:t>
      </w:r>
    </w:p>
    <w:p>
      <w:r>
        <w:t>사실·추정·확인할 사항을 구분했는지 실제 발언으로 확인한다.</w:t>
      </w:r>
    </w:p>
    <w:p>
      <w:r>
        <w:br w:type="page"/>
      </w:r>
    </w:p>
    <w:p>
      <w:pPr>
        <w:pStyle w:val="Heading1"/>
      </w:pPr>
      <w:r>
        <w:t>C10 · 다른 사람의 배송 자료를 달란다</w:t>
      </w:r>
    </w:p>
    <w:p>
      <w:pPr>
        <w:pStyle w:val="Heading1"/>
      </w:pPr>
      <w:r>
        <w:t>문의유형</w:t>
      </w:r>
    </w:p>
    <w:p>
      <w:r>
        <w:t>증빙요청</w:t>
      </w:r>
    </w:p>
    <w:p>
      <w:pPr>
        <w:pStyle w:val="Heading1"/>
      </w:pPr>
      <w:r>
        <w:t>원문 상황</w:t>
      </w:r>
    </w:p>
    <w:p>
      <w:r>
        <w:t>고객이 동료 이름의 배송 증빙을 대신 받고 싶다고 한다. 대리 수령 권한 확인은 아직 안 됐다.</w:t>
      </w:r>
    </w:p>
    <w:p>
      <w:pPr>
        <w:pStyle w:val="Heading1"/>
      </w:pPr>
      <w:r>
        <w:t>배울 행동</w:t>
      </w:r>
    </w:p>
    <w:p>
      <w:r>
        <w:t>권한을 확인할 절차를 안내하고 필요한 정보만 요청한다.</w:t>
      </w:r>
    </w:p>
    <w:p>
      <w:pPr>
        <w:pStyle w:val="Heading1"/>
      </w:pPr>
      <w:r>
        <w:t>추가 질문</w:t>
      </w:r>
    </w:p>
    <w:p>
      <w:r>
        <w:t>같은 회사인데 그냥 보내 주세요.</w:t>
      </w:r>
    </w:p>
    <w:p>
      <w:pPr>
        <w:pStyle w:val="Heading1"/>
      </w:pPr>
      <w:r>
        <w:t>멈춰야 할 약속</w:t>
      </w:r>
    </w:p>
    <w:p>
      <w:r>
        <w:t>확인 전 타인의 자료를 전달하지 않는다.</w:t>
      </w:r>
    </w:p>
    <w:p>
      <w:pPr>
        <w:pStyle w:val="Heading1"/>
      </w:pPr>
      <w:r>
        <w:t>근거</w:t>
      </w:r>
    </w:p>
    <w:p>
      <w:r>
        <w:t>상담사례10건 C10 / 운영기준 T06</w:t>
      </w:r>
    </w:p>
    <w:p>
      <w:pPr>
        <w:pStyle w:val="Heading1"/>
      </w:pPr>
      <w:r>
        <w:t>관찰할 것</w:t>
      </w:r>
    </w:p>
    <w:p>
      <w:r>
        <w:t>사실·추정·확인할 사항을 구분했는지 실제 발언으로 확인한다.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교육용 예시 ·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