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장애 공지 3단계 · 완성 예시</w:t>
      </w:r>
    </w:p>
    <w:p>
      <w:r>
        <w:t>상태: 교육용 승인 연습본 / 실제 게시 금지. 공지마다 확인 시점이 다르다. 다음 안내와 복구 예정은 다른 말이다.</w:t>
      </w:r>
    </w:p>
    <w:p>
      <w:pPr>
        <w:pStyle w:val="Heading1"/>
      </w:pPr>
      <w:r>
        <w:t>최초 공지 | 2026-11-02 09:20</w:t>
      </w:r>
    </w:p>
    <w:p>
      <w:pPr>
        <w:pStyle w:val="Heading2"/>
      </w:pPr>
      <w:r>
        <w:t>배송 조회·결제 오류 안내</w:t>
      </w:r>
    </w:p>
    <w:p>
      <w:r>
        <w:t>한결물류 서비스 이용에 불편을 드려 죄송합니다. 오늘 09:00부터 일부 고객의 배송 조회가 지연되고 결제 오류가 발생하고 있습니다. 복구 시각은 확인 중입니다. 결제가 끝났는지 불분명하면 다시 결제하지 마시고, 중복 결제가 의심되면 고객센터 1:1 문의로 알려 주세요. 다음 안내는 10:00에 이 공지에서 드리겠습니다. 한결물류 고객지원팀 김OO</w:t>
      </w:r>
    </w:p>
    <w:p>
      <w:r>
        <w:t>확인: 운영 O팀장 / 작성: 김OO / 게시 승인: 미입력(연습)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중간 공지 | 2026-11-02 10:00</w:t>
      </w:r>
    </w:p>
    <w:p>
      <w:pPr>
        <w:pStyle w:val="Heading2"/>
      </w:pPr>
      <w:r>
        <w:t>오류 조치 진행 상황 안내</w:t>
      </w:r>
    </w:p>
    <w:p>
      <w:r>
        <w:t>서비스 이용에 불편을 드려 죄송합니다. 일부 고객의 배송 조회 지연과 결제 오류가 이어지고 있습니다. 09:50 기준 확인 대상은 60건입니다. 원인과 복구 시각은 아직 확인 중입니다. 결제가 불분명하면 다시 결제하지 마시고 고객센터 1:1 문의를 이용해 주세요. 다음 안내는 10:30에 이 공지에서 드리겠습니다. 한결물류 고객지원팀 김OO</w:t>
      </w:r>
    </w:p>
    <w:p>
      <w:r>
        <w:t>확인: 운영 O팀장 / 작성: 김OO / 게시 승인: 미입력(연습)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복구 공지 | 2026-11-02 10:30</w:t>
      </w:r>
    </w:p>
    <w:p>
      <w:pPr>
        <w:pStyle w:val="Heading2"/>
      </w:pPr>
      <w:r>
        <w:t>배송 조회·결제 기능 정상화 안내</w:t>
      </w:r>
    </w:p>
    <w:p>
      <w:r>
        <w:t>오늘 09:00부터 발생한 배송 조회·결제 오류가 10:30에 정상화됐습니다. 불편을 드려 죄송합니다. 정상화 이후 새로 시도한 조회와 결제가 정상 처리되는 것을 확인했습니다. 기존 중복 결제는 별도로 확인해 반환합니다. 배송 지연에 따른 보상은 개별 내역 확인 후 안내하며, 조회 기능 정상화가 개별 배송 완료를 뜻하지는 않습니다. 미해결 건은 고객센터 1:1 문의로 알려 주세요. 해당 건의 처리 상황은 11월 3일 15:00까지 개별 안내하겠습니다. 한결물류 고객지원팀 김OO</w:t>
      </w:r>
    </w:p>
    <w:p>
      <w:r>
        <w:t>확인: 운영 O팀장 / 작성: 김OO / 게시 승인: 미입력(연습)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고객지원팀 김OO · 금액·상황은 교육용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