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</w:t>
      </w:r>
    </w:p>
    <w:p>
      <w:pPr>
        <w:pStyle w:val="Title"/>
      </w:pPr>
      <w:r>
        <w:t>한결물류 자주 묻는 질문</w:t>
      </w:r>
    </w:p>
    <w:p>
      <w:r>
        <w:t>담당 부서 검토 전 초안 | 한결물류(가명) 고객지원팀</w:t>
      </w:r>
    </w:p>
    <w:p>
      <w:r>
        <w:t>10월 상담 기록 113건을 6묶음으로 정리한 질문·답 20개 예시입니다. 실제 Chat 생성 결과가 아닙니다. 원자료의 기준 5항목만 사용했습니다. 고객 공개 전 담당 부서의 검토와 승인을 받으세요.</w:t>
      </w:r>
    </w:p>
    <w:p>
      <w:r>
        <w:t>묶음별 상담 건수: 배송 조회·지연 34건 / 파손·분실 26건 / 주소·날짜 변경 18건 / 요금·환불 15건 / 반품·회수 11건 / 상담 이용 9건</w:t>
      </w:r>
    </w:p>
    <w:p>
      <w:pPr>
        <w:pStyle w:val="Heading1"/>
      </w:pPr>
      <w:r>
        <w:t>배송 조회·지연</w:t>
      </w:r>
    </w:p>
    <w:p>
      <w:pPr>
        <w:pStyle w:val="Heading2"/>
      </w:pPr>
      <w:r>
        <w:t>01. 배송 언제 와요? 조회가 안 돼요. 출발 문자는 왔는데 어디쯤이에요?</w:t>
      </w:r>
    </w:p>
    <w:p>
      <w:r>
        <w:t>출고 다음 날부터 운송장 번호로 조회할 수 있습니다. 현재 위치와 도착 예정 시각은 별도 확인이 필요합니다.</w:t>
      </w:r>
    </w:p>
    <w:p>
      <w:r>
        <w:t>근거: 배송 조회 | 확인 상태: 일부 미정 · 담당 부서 문의</w:t>
      </w:r>
    </w:p>
    <w:p>
      <w:pPr>
        <w:pStyle w:val="Heading2"/>
      </w:pPr>
      <w:r>
        <w:t>02. 오늘 도착이라더니 아직 안 왔어요.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03. 토요일에도 배송돼요?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04. 일요일에 받을 수 있어요?</w:t>
      </w:r>
    </w:p>
    <w:p>
      <w:r>
        <w:t>(확인 필요)</w:t>
      </w:r>
    </w:p>
    <w:p>
      <w:r>
        <w:t>근거: 메모에 없음 | 확인 상태: 담당 부서 문의</w:t>
      </w:r>
    </w:p>
    <w:p>
      <w:r>
        <w:br w:type="page"/>
      </w:r>
    </w:p>
    <w:p>
      <w:pPr>
        <w:pStyle w:val="Heading1"/>
      </w:pPr>
      <w:r>
        <w:t>파손·분실</w:t>
      </w:r>
    </w:p>
    <w:p>
      <w:pPr>
        <w:pStyle w:val="Heading2"/>
      </w:pPr>
      <w:r>
        <w:t>05. 상자가 젖거나 안에 그릇이 깨져 왔어요.</w:t>
      </w:r>
    </w:p>
    <w:p>
      <w:r>
        <w:t>파손된 물품은 받은 날부터 7일 안에 사진과 함께 접수해 주세요. 젖은 포장만 있는 경우의 처리 기준은 별도 확인이 필요합니다.</w:t>
      </w:r>
    </w:p>
    <w:p>
      <w:r>
        <w:t>근거: 파손 접수 | 확인 상태: 일부 미정 · 담당 부서 문의</w:t>
      </w:r>
    </w:p>
    <w:p>
      <w:pPr>
        <w:pStyle w:val="Heading2"/>
      </w:pPr>
      <w:r>
        <w:t>06. 파손 신고 언제까지 해야 돼요?</w:t>
      </w:r>
    </w:p>
    <w:p>
      <w:r>
        <w:t>받은 날부터 7일 안에 사진과 함께 접수해 주세요.</w:t>
      </w:r>
    </w:p>
    <w:p>
      <w:r>
        <w:t>근거: 파손 접수 | 확인 상태: 기준 대조 완료</w:t>
      </w:r>
    </w:p>
    <w:p>
      <w:pPr>
        <w:pStyle w:val="Heading2"/>
      </w:pPr>
      <w:r>
        <w:t>07. 배송 완료라는데 물건이 없어요.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08. 두 개 시켰는데 하나만 왔어요.</w:t>
      </w:r>
    </w:p>
    <w:p>
      <w:r>
        <w:t>(확인 필요)</w:t>
      </w:r>
    </w:p>
    <w:p>
      <w:r>
        <w:t>근거: 메모에 없음 | 확인 상태: 담당 부서 문의</w:t>
      </w:r>
    </w:p>
    <w:p>
      <w:r>
        <w:br w:type="page"/>
      </w:r>
    </w:p>
    <w:p>
      <w:pPr>
        <w:pStyle w:val="Heading1"/>
      </w:pPr>
      <w:r>
        <w:t>주소·날짜 변경</w:t>
      </w:r>
    </w:p>
    <w:p>
      <w:pPr>
        <w:pStyle w:val="Heading2"/>
      </w:pPr>
      <w:r>
        <w:t>09. 주소를 잘못 적었어요. 회사 말고 집으로 받을 수 있나요?</w:t>
      </w:r>
    </w:p>
    <w:p>
      <w:r>
        <w:t>주소 변경은 출고 전까지만 가능합니다. 고객센터로 요청해 주세요.</w:t>
      </w:r>
    </w:p>
    <w:p>
      <w:r>
        <w:t>근거: 주소 변경 | 확인 상태: 기준 대조 완료</w:t>
      </w:r>
    </w:p>
    <w:p>
      <w:pPr>
        <w:pStyle w:val="Heading2"/>
      </w:pPr>
      <w:r>
        <w:t>10. 이미 출발했는데 주소 바꿀 수 있어요?</w:t>
      </w:r>
    </w:p>
    <w:p>
      <w:r>
        <w:t>회사 기준상 주소 변경은 출고 전까지만 가능합니다.</w:t>
      </w:r>
    </w:p>
    <w:p>
      <w:r>
        <w:t>근거: 주소 변경 | 확인 상태: 기준 대조 완료</w:t>
      </w:r>
    </w:p>
    <w:p>
      <w:pPr>
        <w:pStyle w:val="Heading2"/>
      </w:pPr>
      <w:r>
        <w:t>11. 받는 날짜를 다음 주로 미룰 수 있어요?</w:t>
      </w:r>
    </w:p>
    <w:p>
      <w:r>
        <w:t>(확인 필요)</w:t>
      </w:r>
    </w:p>
    <w:p>
      <w:r>
        <w:t>근거: 메모에 없음 | 확인 상태: 담당 부서 문의</w:t>
      </w:r>
    </w:p>
    <w:p>
      <w:r>
        <w:br w:type="page"/>
      </w:r>
    </w:p>
    <w:p>
      <w:pPr>
        <w:pStyle w:val="Heading1"/>
      </w:pPr>
      <w:r>
        <w:t>요금·환불</w:t>
      </w:r>
    </w:p>
    <w:p>
      <w:pPr>
        <w:pStyle w:val="Heading2"/>
      </w:pPr>
      <w:r>
        <w:t>12. 늦게 왔는데 배송비 돌려받을 수 있어요?</w:t>
      </w:r>
    </w:p>
    <w:p>
      <w:r>
        <w:t>약속일보다 2일 넘게 늦으면 배송비를 환불해 드립니다.</w:t>
      </w:r>
    </w:p>
    <w:p>
      <w:r>
        <w:t>근거: 늦은 배송 | 확인 상태: 기준 대조 완료</w:t>
      </w:r>
    </w:p>
    <w:p>
      <w:pPr>
        <w:pStyle w:val="Heading2"/>
      </w:pPr>
      <w:r>
        <w:t>13. 환불은 며칠 걸려요?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14. 제주도는 배송비 더 내요?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15. 배송비가 왜 두 번 나갔어요?</w:t>
      </w:r>
    </w:p>
    <w:p>
      <w:r>
        <w:t>(확인 필요)</w:t>
      </w:r>
    </w:p>
    <w:p>
      <w:r>
        <w:t>근거: 메모에 없음 | 확인 상태: 담당 부서 문의</w:t>
      </w:r>
    </w:p>
    <w:p>
      <w:r>
        <w:br w:type="page"/>
      </w:r>
    </w:p>
    <w:p>
      <w:pPr>
        <w:pStyle w:val="Heading1"/>
      </w:pPr>
      <w:r>
        <w:t>반품·회수</w:t>
      </w:r>
    </w:p>
    <w:p>
      <w:pPr>
        <w:pStyle w:val="Heading2"/>
      </w:pPr>
      <w:r>
        <w:t>16. 반품 접수는 어디서 해요? 기사님이 가지러 오나요?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17. 회수 기사님이 안 오셨어요.</w:t>
      </w:r>
    </w:p>
    <w:p>
      <w:r>
        <w:t>(확인 필요)</w:t>
      </w:r>
    </w:p>
    <w:p>
      <w:r>
        <w:t>근거: 메모에 없음 | 확인 상태: 담당 부서 문의</w:t>
      </w:r>
    </w:p>
    <w:p>
      <w:r>
        <w:br w:type="page"/>
      </w:r>
    </w:p>
    <w:p>
      <w:pPr>
        <w:pStyle w:val="Heading1"/>
      </w:pPr>
      <w:r>
        <w:t>상담 이용</w:t>
      </w:r>
    </w:p>
    <w:p>
      <w:pPr>
        <w:pStyle w:val="Heading2"/>
      </w:pPr>
      <w:r>
        <w:t>18. 상담 전화 몇 시까지 돼요?</w:t>
      </w:r>
    </w:p>
    <w:p>
      <w:r>
        <w:t>상담 시간은 평일 9시~18시입니다.</w:t>
      </w:r>
    </w:p>
    <w:p>
      <w:r>
        <w:t>근거: 상담 시간 | 확인 상태: 기준 대조 완료</w:t>
      </w:r>
    </w:p>
    <w:p>
      <w:pPr>
        <w:pStyle w:val="Heading2"/>
      </w:pPr>
      <w:r>
        <w:t>19. 주말에도 상담돼요?</w:t>
      </w:r>
    </w:p>
    <w:p>
      <w:r>
        <w:t>(확인 필요)</w:t>
      </w:r>
    </w:p>
    <w:p>
      <w:r>
        <w:t>근거: 메모에 없음 | 확인 상태: 담당 부서 문의</w:t>
      </w:r>
    </w:p>
    <w:p>
      <w:pPr>
        <w:pStyle w:val="Heading2"/>
      </w:pPr>
      <w:r>
        <w:t>20. 카톡으로도 문의할 수 있어요?</w:t>
      </w:r>
    </w:p>
    <w:p>
      <w:r>
        <w:t>(확인 필요)</w:t>
      </w:r>
    </w:p>
    <w:p>
      <w:r>
        <w:t>근거: 메모에 없음 | 확인 상태: 담당 부서 문의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