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392B"/>
          <w:sz w:val="19"/>
        </w:rPr>
        <w:t>※ 교육 영상 시연용 가상 자료입니다. 회사·인물·기록은 모두 지어낸 것입니다.</w:t>
      </w:r>
    </w:p>
    <w:p>
      <w:r>
        <w:rPr>
          <w:b/>
          <w:sz w:val="36"/>
        </w:rPr>
        <w:t>재료 — 화난 고객 답장</w:t>
      </w:r>
    </w:p>
    <w:p>
      <w:r>
        <w:rPr>
          <w:rFonts w:ascii="맑은 고딕" w:hAnsi="맑은 고딕" w:eastAsia="맑은 고딕"/>
          <w:b w:val="0"/>
          <w:sz w:val="20"/>
        </w:rPr>
        <w:t>한결물류(가상) 고객지원팀 · 아래 세 덩어리를 그대로 복사해 Claude 채팅 창에 붙여 넣으세요.</w:t>
      </w:r>
    </w:p>
    <w:p>
      <w:r>
        <w:rPr>
          <w:rFonts w:ascii="맑은 고딕" w:hAnsi="맑은 고딕" w:eastAsia="맑은 고딕"/>
          <w:b/>
          <w:sz w:val="26"/>
        </w:rPr>
        <w:t>[고객 글, 홈페이지 문의 게시판] 박OO 고객</w:t>
      </w:r>
    </w:p>
    <w:p>
      <w:r>
        <w:rPr>
          <w:rFonts w:ascii="맑은 고딕" w:hAnsi="맑은 고딕" w:eastAsia="맑은 고딕"/>
          <w:b w:val="0"/>
          <w:sz w:val="22"/>
        </w:rPr>
        <w:t>10월 27일 오전 도착이라더니 30일에야 왔습니다. 상자는 다 찌그러졌고 안에 그릇 2개가 깨졌어요.</w:t>
      </w:r>
    </w:p>
    <w:p>
      <w:r>
        <w:rPr>
          <w:rFonts w:ascii="맑은 고딕" w:hAnsi="맑은 고딕" w:eastAsia="맑은 고딕"/>
          <w:b w:val="0"/>
          <w:sz w:val="22"/>
        </w:rPr>
        <w:t>전화는 세 번이나 했는데 연결도 안 되고요. 책임자가 직접 연락 주세요.</w:t>
      </w:r>
    </w:p>
    <w:p>
      <w:r>
        <w:rPr>
          <w:rFonts w:ascii="맑은 고딕" w:hAnsi="맑은 고딕" w:eastAsia="맑은 고딕"/>
          <w:b/>
          <w:sz w:val="26"/>
        </w:rPr>
        <w:t>[내가 확인한 사실]</w:t>
      </w:r>
    </w:p>
    <w:p>
      <w:r>
        <w:rPr>
          <w:rFonts w:ascii="맑은 고딕" w:hAnsi="맑은 고딕" w:eastAsia="맑은 고딕"/>
          <w:b w:val="0"/>
          <w:sz w:val="22"/>
        </w:rPr>
        <w:t xml:space="preserve"> - 늦은 이유: 10/27 평택센터 분류 설비 고장으로 출고 지연</w:t>
      </w:r>
    </w:p>
    <w:p>
      <w:r>
        <w:rPr>
          <w:rFonts w:ascii="맑은 고딕" w:hAnsi="맑은 고딕" w:eastAsia="맑은 고딕"/>
          <w:b w:val="0"/>
          <w:sz w:val="22"/>
        </w:rPr>
        <w:t xml:space="preserve"> - 파손: 아직 사진을 못 받아서 확인 전</w:t>
      </w:r>
    </w:p>
    <w:p>
      <w:r>
        <w:rPr>
          <w:rFonts w:ascii="맑은 고딕" w:hAnsi="맑은 고딕" w:eastAsia="맑은 고딕"/>
          <w:b w:val="0"/>
          <w:sz w:val="22"/>
        </w:rPr>
        <w:t xml:space="preserve"> - 전화: 10/28 오후 상담 대기가 많았음</w:t>
      </w:r>
    </w:p>
    <w:p>
      <w:r>
        <w:rPr>
          <w:rFonts w:ascii="맑은 고딕" w:hAnsi="맑은 고딕" w:eastAsia="맑은 고딕"/>
          <w:b/>
          <w:sz w:val="26"/>
        </w:rPr>
        <w:t>[회사 규정상 할 수 있는 것]</w:t>
      </w:r>
    </w:p>
    <w:p>
      <w:r>
        <w:rPr>
          <w:rFonts w:ascii="맑은 고딕" w:hAnsi="맑은 고딕" w:eastAsia="맑은 고딕"/>
          <w:b w:val="0"/>
          <w:sz w:val="22"/>
        </w:rPr>
        <w:t xml:space="preserve"> - 파손 사진 접수 후 3영업일 안에 보상 여부 안내</w:t>
      </w:r>
    </w:p>
    <w:p>
      <w:r>
        <w:rPr>
          <w:rFonts w:ascii="맑은 고딕" w:hAnsi="맑은 고딕" w:eastAsia="맑은 고딕"/>
          <w:b w:val="0"/>
          <w:sz w:val="22"/>
        </w:rPr>
        <w:t xml:space="preserve"> - 늦게 도착한 건 배송비 환불 가능</w:t>
      </w:r>
    </w:p>
    <w:p>
      <w:r>
        <w:rPr>
          <w:rFonts w:ascii="맑은 고딕" w:hAnsi="맑은 고딕" w:eastAsia="맑은 고딕"/>
          <w:b w:val="0"/>
          <w:sz w:val="22"/>
        </w:rPr>
        <w:t xml:space="preserve"> - 담당자가 내일 오전 중 직접 전화</w:t>
      </w:r>
    </w:p>
    <w:p>
      <w:r>
        <w:rPr>
          <w:rFonts w:ascii="맑은 고딕" w:hAnsi="맑은 고딕" w:eastAsia="맑은 고딕"/>
          <w:b w:val="0"/>
          <w:sz w:val="20"/>
        </w:rPr>
        <w:t>실제 업무에서는 고객 이름·전화번호·운송장 번호를 빼고 붙여 넣으세요.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