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82828"/>
          <w:sz w:val="18"/>
        </w:rPr>
        <w:t>교육 영상 시연용 가상 자료 · 회사·인물·거래처·금액은 모두 가상입니다</w:t>
      </w:r>
    </w:p>
    <w:p>
      <w:r>
        <w:rPr>
          <w:rFonts w:ascii="맑은 고딕" w:hAnsi="맑은 고딕" w:eastAsia="맑은 고딕"/>
          <w:b/>
          <w:sz w:val="32"/>
        </w:rPr>
        <w:t>총무 업무 기록 메모 (2025년 11월 ~ 2026년 10월)</w:t>
      </w:r>
    </w:p>
    <w:p>
      <w:r>
        <w:rPr>
          <w:rFonts w:ascii="맑은 고딕" w:hAnsi="맑은 고딕" w:eastAsia="맑은 고딕"/>
          <w:b w:val="0"/>
          <w:color w:val="5A5A5A"/>
          <w:sz w:val="20"/>
        </w:rPr>
        <w:t>한결물류 경영지원팀 · 총무 담당 최 사원 · 그때그때 적어 둔 메모</w:t>
      </w:r>
    </w:p>
    <w:p>
      <w:r>
        <w:rPr>
          <w:rFonts w:ascii="맑은 고딕" w:hAnsi="맑은 고딕" w:eastAsia="맑은 고딕"/>
          <w:b/>
          <w:sz w:val="25"/>
        </w:rPr>
        <w:t>2025년 11월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11/03 송년회 장소 알아보기 시작. 근처 연회장 거의 다 찼음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11/14 법인차 3대 겨울 타이어 교체 (매년 이맘때)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11/20 송년회 장소 겨우 예약. 연말 할증 대관료 60만 원 더 냄 → 9월엔 예약했어야 함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11/25 내년 달력·다이어리 주문해야 하는데 깜빡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택배·우편 하루 두 번 정리 (11시, 4시)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회의실 예약 겹침 2건 조정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탕비실 커피 원두 주문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연말엔 다들 바빠서 결재가 늦게 남. 행사 결재는 2주 여유 필요</w:t>
      </w:r>
    </w:p>
    <w:p>
      <w:r>
        <w:rPr>
          <w:rFonts w:ascii="맑은 고딕" w:hAnsi="맑은 고딕" w:eastAsia="맑은 고딕"/>
          <w:b/>
          <w:sz w:val="25"/>
        </w:rPr>
        <w:t>2025년 12월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12/10 달력·다이어리 급행 인쇄로 맡김. 급행비 35만 원 추가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12/19 송년회 (본사 120명)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12/26 연말 대청소, 보존 기간 지난 문서 폐기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사무용품 신청 엑셀 취합 (팀별 신청 늦게 오는 팀 있음)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주차 등록 차량 변경 3건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출입카드 분실 재발급 1건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인쇄소는 12월이 제일 바쁨. 급행 아니면 3주 걸린다고 함</w:t>
      </w:r>
    </w:p>
    <w:p>
      <w:r>
        <w:rPr>
          <w:rFonts w:ascii="맑은 고딕" w:hAnsi="맑은 고딕" w:eastAsia="맑은 고딕"/>
          <w:b/>
          <w:sz w:val="25"/>
        </w:rPr>
        <w:t>2026년 1월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01/06 법인차 보험 만기(1/8) 이틀 전에 알아챔. 비교 견적 못 받고 그대로 갱신. 다른 보험사가 더 쌌다고 나중에 들음 (얼마인지는 모름)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01/10(토) 본사 3층 난방기 고장. 주말 긴급 출장 수리, 할증 25만 원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01/20 설 선물 발주 (제때 함)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복합기 용지 걸림 수리 요청 (선명OA)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화분 관리 업체 방문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문서 파쇄함 수거 요청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보험사 문자를 스팸함에서 찾음. 담당 휴대폰 번호 바꿔야 함</w:t>
      </w:r>
    </w:p>
    <w:p>
      <w:r>
        <w:rPr>
          <w:rFonts w:ascii="맑은 고딕" w:hAnsi="맑은 고딕" w:eastAsia="맑은 고딕"/>
          <w:b/>
          <w:sz w:val="25"/>
        </w:rPr>
        <w:t>2026년 2월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02/11 복합기 토너 떨어짐. 퀵으로 급히 받음 (퀵비 1만 4천 원)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02/24 소방 시설 점검 안내 공문 받음 → 서랍에 넣어 둠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법인카드 영수증 취합해서 재무팀 제출 (5일 넘겨서 독촉 받음)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택배 분실 문의 1건 처리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회의실 프로젝터 램프 교체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공문은 받으면 바로 달력에 적기로 함 (못 지킴)</w:t>
      </w:r>
    </w:p>
    <w:p>
      <w:r>
        <w:rPr>
          <w:rFonts w:ascii="맑은 고딕" w:hAnsi="맑은 고딕" w:eastAsia="맑은 고딕"/>
          <w:b/>
          <w:sz w:val="25"/>
        </w:rPr>
        <w:t>2026년 3월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03/02 신입 4명 입사. 노트북 주문이 늦어 2주 단기 렌탈 48만 원. 명함 급행 추가금 6만 원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03/16 상반기 사무실 방역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03/27 법인차 정기 점검 (6개월마다)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03/31 승강기 정기 점검 (분기마다)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택배·우편 하루 두 번 정리 (11시, 4시)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회의실 예약 겹침 2건 조정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탕비실 커피 원두 주문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입사 예정자 명단은 인사팀이 2월 말에 줌. 더 일찍 달라고 해야 함</w:t>
      </w:r>
    </w:p>
    <w:p>
      <w:r>
        <w:rPr>
          <w:rFonts w:ascii="맑은 고딕" w:hAnsi="맑은 고딕" w:eastAsia="맑은 고딕"/>
          <w:b/>
          <w:sz w:val="25"/>
        </w:rPr>
        <w:t>2026년 4월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04/08 소방 점검 기한(4/15)이 코앞인 걸 알게 됨. 업체 급히 섭외, 긴급 추가금 30만 원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04/23 토너 또 퀵 (1만 4천 원)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사무용품 신청 엑셀 취합 (팀별 신청 늦게 오는 팀 있음)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주차 등록 차량 변경 3건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출입카드 분실 재발급 1건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봄엔 점검 업체 예약이 다 차 있음. 2월에 예약해야 함</w:t>
      </w:r>
    </w:p>
    <w:p>
      <w:r>
        <w:rPr>
          <w:rFonts w:ascii="맑은 고딕" w:hAnsi="맑은 고딕" w:eastAsia="맑은 고딕"/>
          <w:b/>
          <w:sz w:val="25"/>
        </w:rPr>
        <w:t>2026년 5월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05/12 창립기념일 행사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05/20 건강검진 안내가 늦게 나감 → 하반기에 몰려서 불만 많았음 (돈은 안 듦)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복합기 용지 걸림 수리 요청 (선명OA)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화분 관리 업체 방문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문서 파쇄함 수거 요청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건강검진 병원 예약은 4월이면 여유 있다고 함</w:t>
      </w:r>
    </w:p>
    <w:p>
      <w:r>
        <w:rPr>
          <w:rFonts w:ascii="맑은 고딕" w:hAnsi="맑은 고딕" w:eastAsia="맑은 고딕"/>
          <w:b/>
          <w:sz w:val="25"/>
        </w:rPr>
        <w:t>2026년 6월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06/17 토너 퀵 (1만 4천 원)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06/25 에어컨 점검 해야 하는데 못 함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06/30 승강기 정기 점검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법인카드 영수증 취합해서 재무팀 제출 (5일 넘겨서 독촉 받음)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택배 분실 문의 1건 처리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회의실 프로젝터 램프 교체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에어컨 업체: 6월 초에 점검하면 여름 고장 대부분 막는다고 함</w:t>
      </w:r>
    </w:p>
    <w:p>
      <w:r>
        <w:rPr>
          <w:rFonts w:ascii="맑은 고딕" w:hAnsi="맑은 고딕" w:eastAsia="맑은 고딕"/>
          <w:b/>
          <w:sz w:val="25"/>
        </w:rPr>
        <w:t>2026년 7월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07/01 하계 휴양 콘도 신청 받음. 법인 할인 신청(5월)을 놓쳐서 일반가로 4실, 80만 원 더 냄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07/14 2층 에어컨 고장. 긴급 출장 할증 30만 원 (부품 15만 원은 따로). 미리 점검했으면 15만 원이면 됐다고 함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07/30 정수기 필터 교체 빠짐 → 직원 민원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택배·우편 하루 두 번 정리 (11시, 4시)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회의실 예약 겹침 2건 조정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탕비실 커피 원두 주문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콘도 법인 할인은 5월에 신청 받고 끝남. 4월에 직원 공지 필요</w:t>
      </w:r>
    </w:p>
    <w:p>
      <w:r>
        <w:rPr>
          <w:rFonts w:ascii="맑은 고딕" w:hAnsi="맑은 고딕" w:eastAsia="맑은 고딕"/>
          <w:b/>
          <w:sz w:val="25"/>
        </w:rPr>
        <w:t>2026년 8월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08/18 하반기 방역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08/26 토너 퀵 (1만 4천 원)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사무용품 신청 엑셀 취합 (팀별 신청 늦게 오는 팀 있음)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주차 등록 차량 변경 3건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출입카드 분실 재발급 1건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8월엔 휴가가 많아서 결재가 늦음</w:t>
      </w:r>
    </w:p>
    <w:p>
      <w:r>
        <w:rPr>
          <w:rFonts w:ascii="맑은 고딕" w:hAnsi="맑은 고딕" w:eastAsia="맑은 고딕"/>
          <w:b/>
          <w:sz w:val="25"/>
        </w:rPr>
        <w:t>2026년 9월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09/15 추석 선물 발주가 늦어 퀵·당일 배송비 22만 원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09/29 승강기 정기 점검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09/30 법인차 정기 점검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복합기 용지 걸림 수리 요청 (선명OA)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화분 관리 업체 방문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문서 파쇄함 수거 요청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명절 선물 업체는 한 달 전엔 주문해야 원하는 날 배송</w:t>
      </w:r>
    </w:p>
    <w:p>
      <w:r>
        <w:rPr>
          <w:rFonts w:ascii="맑은 고딕" w:hAnsi="맑은 고딕" w:eastAsia="맑은 고딕"/>
          <w:b/>
          <w:sz w:val="25"/>
        </w:rPr>
        <w:t>2026년 10월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10/14 토너 퀵 (1만 4천 원)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10/20, 10/27 이천센터 화물 엘리베이터 멈춤. 긴급 출장비 15만 원씩 30만 원 (10/29 세 번째 멈춤 → 부품 교체 기안 올림)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10/30 정수기·복합기 렌탈 계약이 2027년 3월에 끝남. 재계약 전에 비교해야 함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법인카드 영수증 취합해서 재무팀 제출 (5일 넘겨서 독촉 받음)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택배 분실 문의 1건 처리</w:t>
      </w:r>
    </w:p>
    <w:p>
      <w:pPr>
        <w:pStyle w:val="ListBullet"/>
      </w:pPr>
      <w:r>
        <w:rPr>
          <w:rFonts w:ascii="맑은 고딕" w:hAnsi="맑은 고딕" w:eastAsia="맑은 고딕"/>
          <w:b w:val="0"/>
          <w:color w:val="505050"/>
          <w:sz w:val="21"/>
        </w:rPr>
        <w:t>회의실 프로젝터 램프 교체</w:t>
      </w:r>
    </w:p>
    <w:p>
      <w:r>
        <w:rPr>
          <w:rFonts w:ascii="맑은 고딕" w:hAnsi="맑은 고딕" w:eastAsia="맑은 고딕"/>
          <w:b w:val="0"/>
          <w:color w:val="6E6E6E"/>
          <w:sz w:val="20"/>
        </w:rPr>
        <w:t>이달 메모: 엘리베이터 부품 교체하면 보증 1년. 끝나는 날 적어 둘 것</w:t>
      </w:r>
    </w:p>
    <w:p>
      <w:r>
        <w:rPr>
          <w:rFonts w:ascii="맑은 고딕" w:hAnsi="맑은 고딕" w:eastAsia="맑은 고딕"/>
          <w:b/>
          <w:sz w:val="25"/>
        </w:rPr>
        <w:t>그 밖에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매달 하는 일: 사무용품 주문(둘째 주 화요일), 법인카드 영수증 재무팀 제출(5일까지), 정수기·복합기 렌탈료 처리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내년 3월에도 신입 입사 예정 (인원은 아직 모름)</w:t>
      </w:r>
    </w:p>
    <w:p>
      <w:pPr>
        <w:pStyle w:val="ListBullet"/>
      </w:pPr>
      <w:r>
        <w:rPr>
          <w:rFonts w:ascii="맑은 고딕" w:hAnsi="맑은 고딕" w:eastAsia="맑은 고딕"/>
          <w:b w:val="0"/>
          <w:sz w:val="21"/>
        </w:rPr>
        <w:t>에어컨·난방기 미리 점검하면 1회 15만 원이라고 함 (업체 말)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