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Heading1"/>
      </w:pPr>
      <w:r>
        <w:t>행사 운영안 · 한결물류 하반기 리더 워크숍</w:t>
      </w:r>
    </w:p>
    <w:p>
      <w:r>
        <w:t>교육용 완성 예시입니다. 실제 Chat 생성 기록이 아닙니다. 회사·업체·인물은 모두 가명이고 수치는 예시입니다. 원본 외 제안 사항은 예시로 표시했습니다.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cantSplit/>
        </w:trP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원본 내용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일시</w:t>
            </w:r>
          </w:p>
        </w:tc>
        <w:tc>
          <w:tcPr>
            <w:tcW w:type="dxa" w:w="4320"/>
          </w:tcPr>
          <w:p>
            <w:r>
              <w:t>2026-12-11(금)~12(토), 1박 2일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장소</w:t>
            </w:r>
          </w:p>
        </w:tc>
        <w:tc>
          <w:tcPr>
            <w:tcW w:type="dxa" w:w="4320"/>
          </w:tcPr>
          <w:p>
            <w:r>
              <w:t>가평 OO연수원(가명), 본사에서 버스로 1시간 반쯤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인원·예산</w:t>
            </w:r>
          </w:p>
        </w:tc>
        <w:tc>
          <w:tcPr>
            <w:tcW w:type="dxa" w:w="4320"/>
          </w:tcPr>
          <w:p>
            <w:r>
              <w:t>팀장급 이상 40명 / 1,600만 원</w:t>
            </w:r>
          </w:p>
        </w:tc>
      </w:tr>
    </w:tbl>
    <w:p>
      <w:pPr>
        <w:pStyle w:val="Heading1"/>
      </w:pPr>
      <w:r>
        <w:t>이틀 시간표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type="dxa" w:w="2880"/>
          </w:tcPr>
          <w:p>
            <w:r>
              <w:t>날짜</w:t>
            </w:r>
          </w:p>
        </w:tc>
        <w:tc>
          <w:tcPr>
            <w:tcW w:type="dxa" w:w="2880"/>
          </w:tcPr>
          <w:p>
            <w:r>
              <w:t>시간</w:t>
            </w:r>
          </w:p>
        </w:tc>
        <w:tc>
          <w:tcPr>
            <w:tcW w:type="dxa" w:w="2880"/>
          </w:tcPr>
          <w:p>
            <w:r>
              <w:t>내용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12/11(금)</w:t>
            </w:r>
          </w:p>
        </w:tc>
        <w:tc>
          <w:tcPr>
            <w:tcW w:type="dxa" w:w="2880"/>
          </w:tcPr>
          <w:p>
            <w:r>
              <w:t>10:00</w:t>
            </w:r>
          </w:p>
        </w:tc>
        <w:tc>
          <w:tcPr>
            <w:tcW w:type="dxa" w:w="2880"/>
          </w:tcPr>
          <w:p>
            <w:r>
              <w:t>본사 앞 버스 출발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12/11(금)</w:t>
            </w:r>
          </w:p>
        </w:tc>
        <w:tc>
          <w:tcPr>
            <w:tcW w:type="dxa" w:w="2880"/>
          </w:tcPr>
          <w:p>
            <w:r>
              <w:t>12:00</w:t>
            </w:r>
          </w:p>
        </w:tc>
        <w:tc>
          <w:tcPr>
            <w:tcW w:type="dxa" w:w="2880"/>
          </w:tcPr>
          <w:p>
            <w:r>
              <w:t>점심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12/11(금)</w:t>
            </w:r>
          </w:p>
        </w:tc>
        <w:tc>
          <w:tcPr>
            <w:tcW w:type="dxa" w:w="2880"/>
          </w:tcPr>
          <w:p>
            <w:r>
              <w:t>13:30</w:t>
            </w:r>
          </w:p>
        </w:tc>
        <w:tc>
          <w:tcPr>
            <w:tcW w:type="dxa" w:w="2880"/>
          </w:tcPr>
          <w:p>
            <w:r>
              <w:t>하반기 실적 공유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12/11(금)</w:t>
            </w:r>
          </w:p>
        </w:tc>
        <w:tc>
          <w:tcPr>
            <w:tcW w:type="dxa" w:w="2880"/>
          </w:tcPr>
          <w:p>
            <w:r>
              <w:t>15:30</w:t>
            </w:r>
          </w:p>
        </w:tc>
        <w:tc>
          <w:tcPr>
            <w:tcW w:type="dxa" w:w="2880"/>
          </w:tcPr>
          <w:p>
            <w:r>
              <w:t>팀별 내년 계획 토의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12/11(금)</w:t>
            </w:r>
          </w:p>
        </w:tc>
        <w:tc>
          <w:tcPr>
            <w:tcW w:type="dxa" w:w="2880"/>
          </w:tcPr>
          <w:p>
            <w:r>
              <w:t>18:30</w:t>
            </w:r>
          </w:p>
        </w:tc>
        <w:tc>
          <w:tcPr>
            <w:tcW w:type="dxa" w:w="2880"/>
          </w:tcPr>
          <w:p>
            <w:r>
              <w:t>저녁 만찬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12/12(토)</w:t>
            </w:r>
          </w:p>
        </w:tc>
        <w:tc>
          <w:tcPr>
            <w:tcW w:type="dxa" w:w="2880"/>
          </w:tcPr>
          <w:p>
            <w:r>
              <w:t>08:00</w:t>
            </w:r>
          </w:p>
        </w:tc>
        <w:tc>
          <w:tcPr>
            <w:tcW w:type="dxa" w:w="2880"/>
          </w:tcPr>
          <w:p>
            <w:r>
              <w:t>아침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12/12(토)</w:t>
            </w:r>
          </w:p>
        </w:tc>
        <w:tc>
          <w:tcPr>
            <w:tcW w:type="dxa" w:w="2880"/>
          </w:tcPr>
          <w:p>
            <w:r>
              <w:t>09:30</w:t>
            </w:r>
          </w:p>
        </w:tc>
        <w:tc>
          <w:tcPr>
            <w:tcW w:type="dxa" w:w="2880"/>
          </w:tcPr>
          <w:p>
            <w:r>
              <w:t>외부 특강 · 강사 미정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12/12(토)</w:t>
            </w:r>
          </w:p>
        </w:tc>
        <w:tc>
          <w:tcPr>
            <w:tcW w:type="dxa" w:w="2880"/>
          </w:tcPr>
          <w:p>
            <w:r>
              <w:t>12:00</w:t>
            </w:r>
          </w:p>
        </w:tc>
        <w:tc>
          <w:tcPr>
            <w:tcW w:type="dxa" w:w="2880"/>
          </w:tcPr>
          <w:p>
            <w:r>
              <w:t>점심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12/12(토)</w:t>
            </w:r>
          </w:p>
        </w:tc>
        <w:tc>
          <w:tcPr>
            <w:tcW w:type="dxa" w:w="2880"/>
          </w:tcPr>
          <w:p>
            <w:r>
              <w:t>13:00</w:t>
            </w:r>
          </w:p>
        </w:tc>
        <w:tc>
          <w:tcPr>
            <w:tcW w:type="dxa" w:w="2880"/>
          </w:tcPr>
          <w:p>
            <w:r>
              <w:t>버스 출발</w:t>
            </w:r>
          </w:p>
        </w:tc>
      </w:tr>
    </w:tbl>
    <w:p>
      <w:r>
        <w:br w:type="page"/>
      </w:r>
    </w:p>
    <w:p>
      <w:pPr>
        <w:pStyle w:val="Heading1"/>
      </w:pPr>
      <w:r>
        <w:t>역할 분담과 예산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cantSplit/>
        </w:trPr>
        <w:tc>
          <w:tcPr>
            <w:tcW w:type="dxa" w:w="4320"/>
          </w:tcPr>
          <w:p>
            <w:r>
              <w:t>담당</w:t>
            </w:r>
          </w:p>
        </w:tc>
        <w:tc>
          <w:tcPr>
            <w:tcW w:type="dxa" w:w="4320"/>
          </w:tcPr>
          <w:p>
            <w:r>
              <w:t>원본 역할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최 사원</w:t>
            </w:r>
          </w:p>
        </w:tc>
        <w:tc>
          <w:tcPr>
            <w:tcW w:type="dxa" w:w="4320"/>
          </w:tcPr>
          <w:p>
            <w:r>
              <w:t>총괄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김 대리</w:t>
            </w:r>
          </w:p>
        </w:tc>
        <w:tc>
          <w:tcPr>
            <w:tcW w:type="dxa" w:w="4320"/>
          </w:tcPr>
          <w:p>
            <w:r>
              <w:t>숙소·식사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이 과장</w:t>
            </w:r>
          </w:p>
        </w:tc>
        <w:tc>
          <w:tcPr>
            <w:tcW w:type="dxa" w:w="4320"/>
          </w:tcPr>
          <w:p>
            <w:r>
              <w:t>프로그램</w:t>
            </w:r>
          </w:p>
        </w:tc>
      </w:tr>
    </w:tbl>
    <w:p>
      <w:r>
        <w:t>예산 총액은 1,600만 원입니다. 아래 항목은 예시이며, 금액은 견적을 받아 직접 채웁니다.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type="dxa" w:w="2880"/>
          </w:tcPr>
          <w:p>
            <w:r>
              <w:t>예산 항목 · 예시</w:t>
            </w:r>
          </w:p>
        </w:tc>
        <w:tc>
          <w:tcPr>
            <w:tcW w:type="dxa" w:w="2880"/>
          </w:tcPr>
          <w:p>
            <w:r>
              <w:t>금액</w:t>
            </w:r>
          </w:p>
        </w:tc>
        <w:tc>
          <w:tcPr>
            <w:tcW w:type="dxa" w:w="2880"/>
          </w:tcPr>
          <w:p>
            <w:r>
              <w:t>확인할 내용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숙박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숙소 견적·변경 마감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식사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인원 변경 조건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차량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겨울 운행·취소 조건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강사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섭외 확정·견적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물품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명찰·발표 준비물</w:t>
            </w:r>
          </w:p>
        </w:tc>
      </w:tr>
    </w:tbl>
    <w:p>
      <w:r>
        <w:t>담당자는 제안된 할 일의 배정을 확인하고 합의합니다. 항목별 견적·강사 확정·업체 연락처·취소 조건은 확인 필요입니다.</w:t>
      </w:r>
    </w:p>
    <w:p>
      <w:r>
        <w:br w:type="page"/>
      </w:r>
    </w:p>
    <w:p>
      <w:pPr>
        <w:pStyle w:val="Heading1"/>
      </w:pPr>
      <w:r>
        <w:t>날짜별 준비표</w:t>
      </w:r>
    </w:p>
    <w:p>
      <w:r>
        <w:t>행사 시작일 2026-12-11(금) 기준. 할 일과 배정은 교육용 예시입니다. 완료 칸은 비워 두었습니다.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type="dxa" w:w="2160"/>
          </w:tcPr>
          <w:p>
            <w:r>
              <w:t>날짜</w:t>
            </w:r>
          </w:p>
        </w:tc>
        <w:tc>
          <w:tcPr>
            <w:tcW w:type="dxa" w:w="2160"/>
          </w:tcPr>
          <w:p>
            <w:r>
              <w:t>할 일 · 예시</w:t>
            </w:r>
          </w:p>
        </w:tc>
        <w:tc>
          <w:tcPr>
            <w:tcW w:type="dxa" w:w="2160"/>
          </w:tcPr>
          <w:p>
            <w:r>
              <w:t>담당자</w:t>
            </w:r>
          </w:p>
        </w:tc>
        <w:tc>
          <w:tcPr>
            <w:tcW w:type="dxa" w:w="2160"/>
          </w:tcPr>
          <w:p>
            <w:r>
              <w:t>완료</w:t>
            </w:r>
          </w:p>
        </w:tc>
      </w:tr>
      <w:tr>
        <w:trPr>
          <w:cantSplit/>
        </w:trPr>
        <w:tc>
          <w:tcPr>
            <w:tcW w:type="dxa" w:w="2160"/>
          </w:tcPr>
          <w:p>
            <w:r>
              <w:t>11/11(수) / D-30</w:t>
            </w:r>
          </w:p>
        </w:tc>
        <w:tc>
          <w:tcPr>
            <w:tcW w:type="dxa" w:w="2160"/>
          </w:tcPr>
          <w:p>
            <w:r>
              <w:t>장소·예산 승인 확인</w:t>
            </w:r>
          </w:p>
        </w:tc>
        <w:tc>
          <w:tcPr>
            <w:tcW w:type="dxa" w:w="2160"/>
          </w:tcPr>
          <w:p>
            <w:r>
              <w:t>최 사원</w:t>
            </w:r>
          </w:p>
        </w:tc>
        <w:tc>
          <w:tcPr>
            <w:tcW w:type="dxa" w:w="2160"/>
          </w:tcPr>
          <w:p>
            <w:r/>
          </w:p>
        </w:tc>
      </w:tr>
      <w:tr>
        <w:trPr>
          <w:cantSplit/>
        </w:trPr>
        <w:tc>
          <w:tcPr>
            <w:tcW w:type="dxa" w:w="2160"/>
          </w:tcPr>
          <w:p>
            <w:r>
              <w:t>11/20(금) / D-21</w:t>
            </w:r>
          </w:p>
        </w:tc>
        <w:tc>
          <w:tcPr>
            <w:tcW w:type="dxa" w:w="2160"/>
          </w:tcPr>
          <w:p>
            <w:r>
              <w:t>참석 조사·이동 안내</w:t>
            </w:r>
          </w:p>
        </w:tc>
        <w:tc>
          <w:tcPr>
            <w:tcW w:type="dxa" w:w="2160"/>
          </w:tcPr>
          <w:p>
            <w:r>
              <w:t>최 사원</w:t>
            </w:r>
          </w:p>
        </w:tc>
        <w:tc>
          <w:tcPr>
            <w:tcW w:type="dxa" w:w="2160"/>
          </w:tcPr>
          <w:p>
            <w:r/>
          </w:p>
        </w:tc>
      </w:tr>
      <w:tr>
        <w:trPr>
          <w:cantSplit/>
        </w:trPr>
        <w:tc>
          <w:tcPr>
            <w:tcW w:type="dxa" w:w="2160"/>
          </w:tcPr>
          <w:p>
            <w:r>
              <w:t>11/27(금) / D-14</w:t>
            </w:r>
          </w:p>
        </w:tc>
        <w:tc>
          <w:tcPr>
            <w:tcW w:type="dxa" w:w="2160"/>
          </w:tcPr>
          <w:p>
            <w:r>
              <w:t>강사 섭외 상태 점검</w:t>
            </w:r>
          </w:p>
        </w:tc>
        <w:tc>
          <w:tcPr>
            <w:tcW w:type="dxa" w:w="2160"/>
          </w:tcPr>
          <w:p>
            <w:r>
              <w:t>이 과장</w:t>
            </w:r>
          </w:p>
        </w:tc>
        <w:tc>
          <w:tcPr>
            <w:tcW w:type="dxa" w:w="2160"/>
          </w:tcPr>
          <w:p>
            <w:r/>
          </w:p>
        </w:tc>
      </w:tr>
      <w:tr>
        <w:trPr>
          <w:cantSplit/>
        </w:trPr>
        <w:tc>
          <w:tcPr>
            <w:tcW w:type="dxa" w:w="2160"/>
          </w:tcPr>
          <w:p>
            <w:r>
              <w:t>12/04(금) / D-7</w:t>
            </w:r>
          </w:p>
        </w:tc>
        <w:tc>
          <w:tcPr>
            <w:tcW w:type="dxa" w:w="2160"/>
          </w:tcPr>
          <w:p>
            <w:r>
              <w:t>방·식사 인원 확인</w:t>
            </w:r>
          </w:p>
        </w:tc>
        <w:tc>
          <w:tcPr>
            <w:tcW w:type="dxa" w:w="2160"/>
          </w:tcPr>
          <w:p>
            <w:r>
              <w:t>김 대리</w:t>
            </w:r>
          </w:p>
        </w:tc>
        <w:tc>
          <w:tcPr>
            <w:tcW w:type="dxa" w:w="2160"/>
          </w:tcPr>
          <w:p>
            <w:r/>
          </w:p>
        </w:tc>
      </w:tr>
      <w:tr>
        <w:trPr>
          <w:cantSplit/>
        </w:trPr>
        <w:tc>
          <w:tcPr>
            <w:tcW w:type="dxa" w:w="2160"/>
          </w:tcPr>
          <w:p>
            <w:r>
              <w:t>12/08(화) / D-3</w:t>
            </w:r>
          </w:p>
        </w:tc>
        <w:tc>
          <w:tcPr>
            <w:tcW w:type="dxa" w:w="2160"/>
          </w:tcPr>
          <w:p>
            <w:r>
              <w:t>명찰·장비 준비</w:t>
            </w:r>
          </w:p>
        </w:tc>
        <w:tc>
          <w:tcPr>
            <w:tcW w:type="dxa" w:w="2160"/>
          </w:tcPr>
          <w:p>
            <w:r>
              <w:t>최 사원</w:t>
            </w:r>
          </w:p>
        </w:tc>
        <w:tc>
          <w:tcPr>
            <w:tcW w:type="dxa" w:w="2160"/>
          </w:tcPr>
          <w:p>
            <w:r/>
          </w:p>
        </w:tc>
      </w:tr>
      <w:tr>
        <w:trPr>
          <w:cantSplit/>
        </w:trPr>
        <w:tc>
          <w:tcPr>
            <w:tcW w:type="dxa" w:w="2160"/>
          </w:tcPr>
          <w:p>
            <w:r>
              <w:t>12/10(목) / D-1</w:t>
            </w:r>
          </w:p>
        </w:tc>
        <w:tc>
          <w:tcPr>
            <w:tcW w:type="dxa" w:w="2160"/>
          </w:tcPr>
          <w:p>
            <w:r>
              <w:t>기상·차량 최종 확인</w:t>
            </w:r>
          </w:p>
        </w:tc>
        <w:tc>
          <w:tcPr>
            <w:tcW w:type="dxa" w:w="2160"/>
          </w:tcPr>
          <w:p>
            <w:r>
              <w:t>최 사원</w:t>
            </w:r>
          </w:p>
        </w:tc>
        <w:tc>
          <w:tcPr>
            <w:tcW w:type="dxa" w:w="2160"/>
          </w:tcPr>
          <w:p>
            <w:r/>
          </w:p>
        </w:tc>
      </w:tr>
      <w:tr>
        <w:trPr>
          <w:cantSplit/>
        </w:trPr>
        <w:tc>
          <w:tcPr>
            <w:tcW w:type="dxa" w:w="2160"/>
          </w:tcPr>
          <w:p>
            <w:r>
              <w:t>12/11(금) / 당일</w:t>
            </w:r>
          </w:p>
        </w:tc>
        <w:tc>
          <w:tcPr>
            <w:tcW w:type="dxa" w:w="2160"/>
          </w:tcPr>
          <w:p>
            <w:r>
              <w:t>출발 전 인원 확인</w:t>
            </w:r>
          </w:p>
        </w:tc>
        <w:tc>
          <w:tcPr>
            <w:tcW w:type="dxa" w:w="2160"/>
          </w:tcPr>
          <w:p>
            <w:r>
              <w:t>최 사원</w:t>
            </w:r>
          </w:p>
        </w:tc>
        <w:tc>
          <w:tcPr>
            <w:tcW w:type="dxa" w:w="2160"/>
          </w:tcPr>
          <w:p>
            <w:r/>
          </w:p>
        </w:tc>
      </w:tr>
    </w:tbl>
    <w:p>
      <w:r>
        <w:t>업체가 정한 실제 마감과 비교해 더 이른 날짜를 적용하세요. 조정 시 원래 날짜와 조정 날짜를 함께 남깁니다.</w:t>
      </w:r>
    </w:p>
    <w:p>
      <w:pPr>
        <w:pStyle w:val="Heading1"/>
      </w:pPr>
      <w:r>
        <w:t>네 갈래 점검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cantSplit/>
        </w:trPr>
        <w:tc>
          <w:tcPr>
            <w:tcW w:type="dxa" w:w="4320"/>
          </w:tcPr>
          <w:p>
            <w:r>
              <w:t>갈래</w:t>
            </w:r>
          </w:p>
        </w:tc>
        <w:tc>
          <w:tcPr>
            <w:tcW w:type="dxa" w:w="4320"/>
          </w:tcPr>
          <w:p>
            <w:r>
              <w:t>점검할 내용 · 예시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사람</w:t>
            </w:r>
          </w:p>
        </w:tc>
        <w:tc>
          <w:tcPr>
            <w:tcW w:type="dxa" w:w="4320"/>
          </w:tcPr>
          <w:p>
            <w:r>
              <w:t>40명 참석 여부·강사 섭외·담당 합의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물건</w:t>
            </w:r>
          </w:p>
        </w:tc>
        <w:tc>
          <w:tcPr>
            <w:tcW w:type="dxa" w:w="4320"/>
          </w:tcPr>
          <w:p>
            <w:r>
              <w:t>명찰·발표 장비·적재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돈</w:t>
            </w:r>
          </w:p>
        </w:tc>
        <w:tc>
          <w:tcPr>
            <w:tcW w:type="dxa" w:w="4320"/>
          </w:tcPr>
          <w:p>
            <w:r>
              <w:t>예산 승인·견적·취소 조건</w:t>
            </w:r>
          </w:p>
        </w:tc>
      </w:tr>
      <w:tr>
        <w:trPr>
          <w:cantSplit/>
        </w:trPr>
        <w:tc>
          <w:tcPr>
            <w:tcW w:type="dxa" w:w="4320"/>
          </w:tcPr>
          <w:p>
            <w:r>
              <w:t>안전</w:t>
            </w:r>
          </w:p>
        </w:tc>
        <w:tc>
          <w:tcPr>
            <w:tcW w:type="dxa" w:w="4320"/>
          </w:tcPr>
          <w:p>
            <w:r>
              <w:t>기상·도로·의료기관·응급 절차</w:t>
            </w:r>
          </w:p>
        </w:tc>
      </w:tr>
    </w:tbl>
    <w:p>
      <w:r>
        <w:br w:type="page"/>
      </w:r>
    </w:p>
    <w:p>
      <w:pPr>
        <w:pStyle w:val="Heading1"/>
      </w:pPr>
      <w:r>
        <w:t>비상 대책과 당일 점검표</w:t>
      </w:r>
    </w:p>
    <w:p>
      <w:r>
        <w:t>아래 대응·시간·배정은 교육용 예시입니다. 현장 조건과 회사 절차에 맞춰 확정하세요.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type="dxa" w:w="2880"/>
          </w:tcPr>
          <w:p>
            <w:r>
              <w:t>상황</w:t>
            </w:r>
          </w:p>
        </w:tc>
        <w:tc>
          <w:tcPr>
            <w:tcW w:type="dxa" w:w="2880"/>
          </w:tcPr>
          <w:p>
            <w:r>
              <w:t>미리 할 일 · 예시</w:t>
            </w:r>
          </w:p>
        </w:tc>
        <w:tc>
          <w:tcPr>
            <w:tcW w:type="dxa" w:w="2880"/>
          </w:tcPr>
          <w:p>
            <w:r>
              <w:t>당일 할 일 · 예시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눈으로 버스 지연</w:t>
            </w:r>
          </w:p>
        </w:tc>
        <w:tc>
          <w:tcPr>
            <w:tcW w:type="dxa" w:w="2880"/>
          </w:tcPr>
          <w:p>
            <w:r>
              <w:t>기상·도로·차량 운행 여부 확인</w:t>
            </w:r>
          </w:p>
        </w:tc>
        <w:tc>
          <w:tcPr>
            <w:tcW w:type="dxa" w:w="2880"/>
          </w:tcPr>
          <w:p>
            <w:r>
              <w:t>기사와 상황 확인 후 도착·식사 시간 조율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강사 불참</w:t>
            </w:r>
          </w:p>
        </w:tc>
        <w:tc>
          <w:tcPr>
            <w:tcW w:type="dxa" w:w="2880"/>
          </w:tcPr>
          <w:p>
            <w:r>
              <w:t>섭외 확정 여부와 대체 토의안 준비</w:t>
            </w:r>
          </w:p>
        </w:tc>
        <w:tc>
          <w:tcPr>
            <w:tcW w:type="dxa" w:w="2880"/>
          </w:tcPr>
          <w:p>
            <w:r>
              <w:t>이 과장이 토의 진행 여부 협의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참석자 건강 이상</w:t>
            </w:r>
          </w:p>
        </w:tc>
        <w:tc>
          <w:tcPr>
            <w:tcW w:type="dxa" w:w="2880"/>
          </w:tcPr>
          <w:p>
            <w:r>
              <w:t>응급 대응 절차·가까운 의료기관 확인</w:t>
            </w:r>
          </w:p>
        </w:tc>
        <w:tc>
          <w:tcPr>
            <w:tcW w:type="dxa" w:w="2880"/>
          </w:tcPr>
          <w:p>
            <w:r>
              <w:t>위급하면 119, 이후 회사 절차에 따라 연락</w:t>
            </w:r>
          </w:p>
        </w:tc>
      </w:tr>
      <w:tr>
        <w:trPr>
          <w:cantSplit/>
        </w:trPr>
        <w:tc>
          <w:tcPr>
            <w:tcW w:type="dxa" w:w="2880"/>
          </w:tcPr>
          <w:p>
            <w:r>
              <w:t>참석 인원 감소</w:t>
            </w:r>
          </w:p>
        </w:tc>
        <w:tc>
          <w:tcPr>
            <w:tcW w:type="dxa" w:w="2880"/>
          </w:tcPr>
          <w:p>
            <w:r>
              <w:t>숙소·식사 변경 마감과 취소 조건 확인</w:t>
            </w:r>
          </w:p>
        </w:tc>
        <w:tc>
          <w:tcPr>
            <w:tcW w:type="dxa" w:w="2880"/>
          </w:tcPr>
          <w:p>
            <w:r>
              <w:t>김 대리가 최종 인원 전달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type="dxa" w:w="2160"/>
          </w:tcPr>
          <w:p>
            <w:r>
              <w:t>날짜·시간</w:t>
            </w:r>
          </w:p>
        </w:tc>
        <w:tc>
          <w:tcPr>
            <w:tcW w:type="dxa" w:w="2160"/>
          </w:tcPr>
          <w:p>
            <w:r>
              <w:t>할 일 · 예시</w:t>
            </w:r>
          </w:p>
        </w:tc>
        <w:tc>
          <w:tcPr>
            <w:tcW w:type="dxa" w:w="2160"/>
          </w:tcPr>
          <w:p>
            <w:r>
              <w:t>담당자</w:t>
            </w:r>
          </w:p>
        </w:tc>
        <w:tc>
          <w:tcPr>
            <w:tcW w:type="dxa" w:w="2160"/>
          </w:tcPr>
          <w:p>
            <w:r>
              <w:t>완료</w:t>
            </w:r>
          </w:p>
        </w:tc>
      </w:tr>
      <w:tr>
        <w:trPr>
          <w:cantSplit/>
        </w:trPr>
        <w:tc>
          <w:tcPr>
            <w:tcW w:type="dxa" w:w="2160"/>
          </w:tcPr>
          <w:p>
            <w:r>
              <w:t>12/11 09:00</w:t>
            </w:r>
          </w:p>
        </w:tc>
        <w:tc>
          <w:tcPr>
            <w:tcW w:type="dxa" w:w="2160"/>
          </w:tcPr>
          <w:p>
            <w:r>
              <w:t>차량 도착·운행 상황 확인</w:t>
            </w:r>
          </w:p>
        </w:tc>
        <w:tc>
          <w:tcPr>
            <w:tcW w:type="dxa" w:w="2160"/>
          </w:tcPr>
          <w:p>
            <w:r>
              <w:t>최 사원</w:t>
            </w:r>
          </w:p>
        </w:tc>
        <w:tc>
          <w:tcPr>
            <w:tcW w:type="dxa" w:w="2160"/>
          </w:tcPr>
          <w:p>
            <w:r/>
          </w:p>
        </w:tc>
      </w:tr>
      <w:tr>
        <w:trPr>
          <w:cantSplit/>
        </w:trPr>
        <w:tc>
          <w:tcPr>
            <w:tcW w:type="dxa" w:w="2160"/>
          </w:tcPr>
          <w:p>
            <w:r>
              <w:t>12/11 09:30</w:t>
            </w:r>
          </w:p>
        </w:tc>
        <w:tc>
          <w:tcPr>
            <w:tcW w:type="dxa" w:w="2160"/>
          </w:tcPr>
          <w:p>
            <w:r>
              <w:t>명찰·장비 적재 확인</w:t>
            </w:r>
          </w:p>
        </w:tc>
        <w:tc>
          <w:tcPr>
            <w:tcW w:type="dxa" w:w="2160"/>
          </w:tcPr>
          <w:p>
            <w:r>
              <w:t>최 사원</w:t>
            </w:r>
          </w:p>
        </w:tc>
        <w:tc>
          <w:tcPr>
            <w:tcW w:type="dxa" w:w="2160"/>
          </w:tcPr>
          <w:p>
            <w:r/>
          </w:p>
        </w:tc>
      </w:tr>
      <w:tr>
        <w:trPr>
          <w:cantSplit/>
        </w:trPr>
        <w:tc>
          <w:tcPr>
            <w:tcW w:type="dxa" w:w="2160"/>
          </w:tcPr>
          <w:p>
            <w:r>
              <w:t>12/11 09:50</w:t>
            </w:r>
          </w:p>
        </w:tc>
        <w:tc>
          <w:tcPr>
            <w:tcW w:type="dxa" w:w="2160"/>
          </w:tcPr>
          <w:p>
            <w:r>
              <w:t>출발 인원 확인</w:t>
            </w:r>
          </w:p>
        </w:tc>
        <w:tc>
          <w:tcPr>
            <w:tcW w:type="dxa" w:w="2160"/>
          </w:tcPr>
          <w:p>
            <w:r>
              <w:t>최 사원</w:t>
            </w:r>
          </w:p>
        </w:tc>
        <w:tc>
          <w:tcPr>
            <w:tcW w:type="dxa" w:w="2160"/>
          </w:tcPr>
          <w:p>
            <w:r/>
          </w:p>
        </w:tc>
      </w:tr>
      <w:tr>
        <w:trPr>
          <w:cantSplit/>
        </w:trPr>
        <w:tc>
          <w:tcPr>
            <w:tcW w:type="dxa" w:w="2160"/>
          </w:tcPr>
          <w:p>
            <w:r>
              <w:t>12/11 13:10</w:t>
            </w:r>
          </w:p>
        </w:tc>
        <w:tc>
          <w:tcPr>
            <w:tcW w:type="dxa" w:w="2160"/>
          </w:tcPr>
          <w:p>
            <w:r>
              <w:t>발표 장비 점검</w:t>
            </w:r>
          </w:p>
        </w:tc>
        <w:tc>
          <w:tcPr>
            <w:tcW w:type="dxa" w:w="2160"/>
          </w:tcPr>
          <w:p>
            <w:r>
              <w:t>이 과장</w:t>
            </w:r>
          </w:p>
        </w:tc>
        <w:tc>
          <w:tcPr>
            <w:tcW w:type="dxa" w:w="2160"/>
          </w:tcPr>
          <w:p>
            <w:r/>
          </w:p>
        </w:tc>
      </w:tr>
      <w:tr>
        <w:trPr>
          <w:cantSplit/>
        </w:trPr>
        <w:tc>
          <w:tcPr>
            <w:tcW w:type="dxa" w:w="2160"/>
          </w:tcPr>
          <w:p>
            <w:r>
              <w:t>12/12 09:00</w:t>
            </w:r>
          </w:p>
        </w:tc>
        <w:tc>
          <w:tcPr>
            <w:tcW w:type="dxa" w:w="2160"/>
          </w:tcPr>
          <w:p>
            <w:r>
              <w:t>특강 준비 상태 확인</w:t>
            </w:r>
          </w:p>
        </w:tc>
        <w:tc>
          <w:tcPr>
            <w:tcW w:type="dxa" w:w="2160"/>
          </w:tcPr>
          <w:p>
            <w:r>
              <w:t>이 과장</w:t>
            </w:r>
          </w:p>
        </w:tc>
        <w:tc>
          <w:tcPr>
            <w:tcW w:type="dxa" w:w="2160"/>
          </w:tcPr>
          <w:p>
            <w:r/>
          </w:p>
        </w:tc>
      </w:tr>
      <w:tr>
        <w:trPr>
          <w:cantSplit/>
        </w:trPr>
        <w:tc>
          <w:tcPr>
            <w:tcW w:type="dxa" w:w="2160"/>
          </w:tcPr>
          <w:p>
            <w:r>
              <w:t>12/12 12:40</w:t>
            </w:r>
          </w:p>
        </w:tc>
        <w:tc>
          <w:tcPr>
            <w:tcW w:type="dxa" w:w="2160"/>
          </w:tcPr>
          <w:p>
            <w:r>
              <w:t>분실물·복귀 인원 확인</w:t>
            </w:r>
          </w:p>
        </w:tc>
        <w:tc>
          <w:tcPr>
            <w:tcW w:type="dxa" w:w="2160"/>
          </w:tcPr>
          <w:p>
            <w:r>
              <w:t>최 사원</w:t>
            </w:r>
          </w:p>
        </w:tc>
        <w:tc>
          <w:tcPr>
            <w:tcW w:type="dxa" w:w="2160"/>
          </w:tcPr>
          <w:p>
            <w:r/>
          </w:p>
        </w:tc>
      </w:tr>
    </w:tbl>
    <w:p>
      <w:r>
        <w:t>참석자 실명·연락처는 넣지 않았습니다. 휴대폰에는 회사가 허용한 방식으로 전송하세요. 완료 표시는 기기에서 지원하는 기능 또는 인쇄본을 쓰며, 표시 후 다시 열어 저장 여부를 확인하세요.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