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19"/>
        </w:rPr>
        <w:t>※ 교육 영상 시연용 가상 자료입니다. 회사·업체·인물은 모두 가명이며 실제와 관계없습니다.</w:t>
      </w:r>
    </w:p>
    <w:p>
      <w:r>
        <w:rPr>
          <w:rFonts w:ascii="맑은 고딕" w:hAnsi="맑은 고딕" w:eastAsia="맑은 고딕"/>
          <w:b/>
          <w:sz w:val="36"/>
        </w:rPr>
        <w:t>재료 · 하반기 리더 워크숍 개요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Claude 채팅 창에 부탁 문장을 친 뒤, 아래 내용을 그대로 붙여 넣으세요.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[행사] 한결물류 하반기 리더 워크숍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[일시] 2026-12-11(금) ~ 12(토), 1박 2일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[장소] 가평 OO연수원 (가명), 본사에서 버스로 1시간 반쯤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[인원] 팀장급 이상 40명 / [예산] 1,600만 원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[1일차] 10:00 본사 앞 버스 출발 → 12:00 점심 → 13:30 하반기 실적 공유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       → 15:30 팀별 내년 계획 토의 → 18:30 저녁 만찬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[2일차] 08:00 아침 → 09:30 외부 특강 → 12:00 점심 → 13:00 버스 출발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[담당] 최 사원 총괄, 김 대리 숙소·식사, 이 과장 프로그램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[걱정] 12월이라 눈 오면? 특강 강사 아직 안 정해짐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