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0392B"/>
          <w:sz w:val="19"/>
        </w:rPr>
        <w:t>※ 교육 영상 시연용 가상 자료입니다. 회사·업체·인물은 모두 가명이며 실제와 관계없습니다.</w:t>
      </w:r>
    </w:p>
    <w:p>
      <w:r>
        <w:rPr>
          <w:rFonts w:ascii="맑은 고딕" w:hAnsi="맑은 고딕" w:eastAsia="맑은 고딕"/>
          <w:b/>
          <w:sz w:val="36"/>
        </w:rPr>
        <w:t>재료 · 엘리베이터 부품 교체 사정 메모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Claude 채팅 창에 부탁 문장을 친 뒤, 아래 내용을 그대로 붙여 넣으세요. 견적서 2장은 함께 받은 PDF 입니다.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[할 일] 이천 물류센터 화물용 엘리베이터 부품 교체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[사정] 10월에 세 번 멈춤 (10/20, 10/27, 10/29). 그동안 짐을 계단으로 옮기느라 출고가 늦어짐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[견적] A사 (가명, 지금 정기 점검 업체) 380만 원, 공사 5일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      B사 (가명) 345만 원, 공사 3일, 부품 보증 1년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      둘 다 부가세 별도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[내 의견] B사로 하고 싶음. 싸고 빠르고 보증 있음. A사 점검 계약이랑 겹치는지는 확인 필요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[예산] 시설 유지보수비 올해 남은 돈 1,200만 원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[원하는 날짜] 11월 16일(월) 공사 시작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[결재선] 최 사원 → 이 과장 → 박 팀장 → 경영지원본부장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