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19"/>
        </w:rPr>
        <w:t>※ 교육 영상 시연용 가상 자료입니다. 회사·업체·인물은 모두 가명이며 실제와 관계없습니다.</w:t>
      </w:r>
    </w:p>
    <w:p>
      <w:r>
        <w:rPr>
          <w:rFonts w:ascii="맑은 고딕" w:hAnsi="맑은 고딕" w:eastAsia="맑은 고딕"/>
          <w:b/>
          <w:sz w:val="36"/>
        </w:rPr>
        <w:t>재료 · 주간회의 받아쓰기 일부와 내 메모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Claude 채팅 창에 부탁 문장을 친 뒤, 아래 내용을 그대로 붙여 넣으세요.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[회의] 한결물류 경영지원팀 주간회의, 2026-11-02(월) 10:00, 본사 3층 회의실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[참석] 박 팀장, 이 과장, 김 대리, 최 사원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[받아쓰기 일부]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팀장: 이천센터 화물 엘리베이터 또 섰다면서요.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과장: 네, 지난주만 두 번이요. 부품 바꾸면 된다는데 견적이 380만 원이래요.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팀장: 그럼 견적 하나 더 받아서 금요일까지 비교해서 올려 줘요.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대리: 연말 재고 실사는 12월 셋째 주로 하면 될 것 같은데, 평택은 아직 답이 없어요.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팀장: 평택은 김 대리가 수요일까지 확인해 줘요.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사원: 송년회 장소는 후보 두 곳 알아봤어요.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팀장: 그건 다음 주에 다시 봅시다.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[내 메모] 엘리베이터 고장 안내문 붙였는지 확인 필요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